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3572"/>
        <w:gridCol w:w="1530"/>
        <w:gridCol w:w="3855"/>
        <w:gridCol w:w="39"/>
      </w:tblGrid>
      <w:tr w:rsidR="00C5117A" w14:paraId="01223920" w14:textId="77777777">
        <w:trPr>
          <w:gridAfter w:val="1"/>
          <w:wAfter w:w="39" w:type="dxa"/>
          <w:cantSplit/>
          <w:jc w:val="center"/>
        </w:trPr>
        <w:tc>
          <w:tcPr>
            <w:tcW w:w="1814" w:type="dxa"/>
            <w:tcBorders>
              <w:bottom w:val="single" w:sz="10" w:space="0" w:color="0B4A8B"/>
            </w:tcBorders>
            <w:tcMar>
              <w:top w:w="30" w:type="dxa"/>
              <w:left w:w="80" w:type="dxa"/>
              <w:bottom w:w="60" w:type="dxa"/>
              <w:right w:w="80" w:type="dxa"/>
            </w:tcMar>
            <w:vAlign w:val="center"/>
          </w:tcPr>
          <w:p w14:paraId="26A37206" w14:textId="1E70A61B" w:rsidR="00C5117A" w:rsidRDefault="00C5117A">
            <w:pPr>
              <w:jc w:val="center"/>
            </w:pPr>
          </w:p>
        </w:tc>
        <w:tc>
          <w:tcPr>
            <w:tcW w:w="5102" w:type="dxa"/>
            <w:gridSpan w:val="2"/>
            <w:tcBorders>
              <w:bottom w:val="single" w:sz="10" w:space="0" w:color="0B4A8B"/>
            </w:tcBorders>
            <w:tcMar>
              <w:top w:w="30" w:type="dxa"/>
              <w:left w:w="80" w:type="dxa"/>
              <w:bottom w:w="60" w:type="dxa"/>
              <w:right w:w="80" w:type="dxa"/>
            </w:tcMar>
            <w:vAlign w:val="center"/>
          </w:tcPr>
          <w:p w14:paraId="52C7F295" w14:textId="517D4367" w:rsidR="00C5117A" w:rsidRDefault="00C5117A"/>
        </w:tc>
        <w:tc>
          <w:tcPr>
            <w:tcW w:w="3855" w:type="dxa"/>
            <w:tcBorders>
              <w:bottom w:val="single" w:sz="10" w:space="0" w:color="0B4A8B"/>
            </w:tcBorders>
            <w:tcMar>
              <w:top w:w="30" w:type="dxa"/>
              <w:left w:w="80" w:type="dxa"/>
              <w:bottom w:w="60" w:type="dxa"/>
              <w:right w:w="80" w:type="dxa"/>
            </w:tcMar>
            <w:vAlign w:val="center"/>
          </w:tcPr>
          <w:p w14:paraId="1A170B89" w14:textId="2620C048" w:rsidR="00C5117A" w:rsidRDefault="00C5117A">
            <w:pPr>
              <w:spacing w:after="20"/>
              <w:jc w:val="right"/>
            </w:pPr>
          </w:p>
        </w:tc>
      </w:tr>
      <w:tr w:rsidR="00C5117A" w14:paraId="5DCDEF4A" w14:textId="77777777" w:rsidTr="001D538E">
        <w:trPr>
          <w:cantSplit/>
          <w:jc w:val="center"/>
        </w:trPr>
        <w:tc>
          <w:tcPr>
            <w:tcW w:w="5386" w:type="dxa"/>
            <w:gridSpan w:val="2"/>
            <w:tcMar>
              <w:top w:w="40" w:type="dxa"/>
              <w:left w:w="40" w:type="dxa"/>
              <w:bottom w:w="30" w:type="dxa"/>
              <w:right w:w="40" w:type="dxa"/>
            </w:tcMar>
          </w:tcPr>
          <w:p w14:paraId="18F63680" w14:textId="240E03EF" w:rsidR="00C5117A" w:rsidRDefault="00C5117A"/>
        </w:tc>
        <w:tc>
          <w:tcPr>
            <w:tcW w:w="5424" w:type="dxa"/>
            <w:gridSpan w:val="3"/>
            <w:tcMar>
              <w:top w:w="40" w:type="dxa"/>
              <w:left w:w="40" w:type="dxa"/>
              <w:bottom w:w="30" w:type="dxa"/>
              <w:right w:w="40" w:type="dxa"/>
            </w:tcMar>
          </w:tcPr>
          <w:p w14:paraId="389596FB" w14:textId="3433032F" w:rsidR="00C5117A" w:rsidRDefault="00C5117A">
            <w:pPr>
              <w:jc w:val="right"/>
            </w:pPr>
          </w:p>
        </w:tc>
      </w:tr>
    </w:tbl>
    <w:p w14:paraId="0A1FFF4D" w14:textId="77777777" w:rsidR="001D538E" w:rsidRDefault="001D538E">
      <w:pPr>
        <w:spacing w:before="20"/>
        <w:jc w:val="center"/>
        <w:rPr>
          <w:b/>
          <w:color w:val="07366A"/>
          <w:sz w:val="29"/>
        </w:rPr>
      </w:pPr>
      <w:r>
        <w:rPr>
          <w:noProof/>
        </w:rPr>
        <w:drawing>
          <wp:inline distT="0" distB="0" distL="0" distR="0" wp14:anchorId="547DCC02" wp14:editId="10FBEE1C">
            <wp:extent cx="538886" cy="647700"/>
            <wp:effectExtent l="0" t="0" r="0" b="0"/>
            <wp:docPr id="1" name="Picture 1" descr="Image: 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etacciato_modul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5306" cy="66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EF380" w14:textId="1A27F649" w:rsidR="001D538E" w:rsidRDefault="001D538E">
      <w:pPr>
        <w:spacing w:before="20"/>
        <w:jc w:val="center"/>
        <w:rPr>
          <w:b/>
          <w:color w:val="07366A"/>
          <w:sz w:val="29"/>
        </w:rPr>
      </w:pPr>
      <w:r>
        <w:rPr>
          <w:b/>
          <w:color w:val="07366A"/>
          <w:sz w:val="29"/>
        </w:rPr>
        <w:t>COMUNE DI PETACCIATO</w:t>
      </w:r>
    </w:p>
    <w:p w14:paraId="4061D2C8" w14:textId="10422696" w:rsidR="00C5117A" w:rsidRDefault="00000000">
      <w:pPr>
        <w:spacing w:before="20"/>
        <w:jc w:val="center"/>
      </w:pPr>
      <w:r>
        <w:rPr>
          <w:b/>
          <w:color w:val="07366A"/>
          <w:sz w:val="29"/>
        </w:rPr>
        <w:t>AUTODICHIARAZIONE PER LA PRENOTAZIONE</w:t>
      </w:r>
    </w:p>
    <w:p w14:paraId="03E027E3" w14:textId="77777777" w:rsidR="00C5117A" w:rsidRDefault="00000000">
      <w:pPr>
        <w:spacing w:after="40"/>
        <w:jc w:val="center"/>
      </w:pPr>
      <w:r>
        <w:rPr>
          <w:b/>
          <w:color w:val="0B4A8B"/>
          <w:sz w:val="25"/>
        </w:rPr>
        <w:t>DI UNA POSTAZIONE PRESSO LA “SPIAGGIA ABILE”</w:t>
      </w:r>
    </w:p>
    <w:p w14:paraId="4966F227" w14:textId="77777777" w:rsidR="00C5117A" w:rsidRDefault="00000000">
      <w:pPr>
        <w:spacing w:after="80"/>
        <w:jc w:val="center"/>
        <w:rPr>
          <w:b/>
          <w:color w:val="C00000"/>
        </w:rPr>
      </w:pPr>
      <w:r>
        <w:rPr>
          <w:b/>
          <w:color w:val="C00000"/>
        </w:rPr>
        <w:t xml:space="preserve">Periodo del servizio: 15 luglio 2026 - 30 settembre 2026 | n. 16 </w:t>
      </w:r>
      <w:proofErr w:type="spellStart"/>
      <w:r>
        <w:rPr>
          <w:b/>
          <w:color w:val="C00000"/>
        </w:rPr>
        <w:t>postazioni</w:t>
      </w:r>
      <w:proofErr w:type="spellEnd"/>
      <w:r>
        <w:rPr>
          <w:b/>
          <w:color w:val="C00000"/>
        </w:rPr>
        <w:t xml:space="preserve"> </w:t>
      </w:r>
      <w:proofErr w:type="spellStart"/>
      <w:r>
        <w:rPr>
          <w:b/>
          <w:color w:val="C00000"/>
        </w:rPr>
        <w:t>disponibili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1D538E" w14:paraId="6917FBC6" w14:textId="77777777" w:rsidTr="00E47B5E">
        <w:trPr>
          <w:cantSplit/>
          <w:jc w:val="center"/>
        </w:trPr>
        <w:tc>
          <w:tcPr>
            <w:tcW w:w="5386" w:type="dxa"/>
            <w:tcMar>
              <w:top w:w="40" w:type="dxa"/>
              <w:left w:w="40" w:type="dxa"/>
              <w:bottom w:w="30" w:type="dxa"/>
              <w:right w:w="40" w:type="dxa"/>
            </w:tcMar>
          </w:tcPr>
          <w:p w14:paraId="72057CDD" w14:textId="650AA1C2" w:rsidR="001D538E" w:rsidRDefault="001D538E" w:rsidP="00E47B5E">
            <w:r>
              <w:rPr>
                <w:color w:val="666666"/>
                <w:sz w:val="17"/>
              </w:rPr>
              <w:t>Prot. n. ____________________</w:t>
            </w:r>
            <w:r w:rsidR="001D50F7">
              <w:rPr>
                <w:color w:val="666666"/>
                <w:sz w:val="17"/>
              </w:rPr>
              <w:t xml:space="preserve"> Data ____/____/2026</w:t>
            </w:r>
          </w:p>
        </w:tc>
        <w:tc>
          <w:tcPr>
            <w:tcW w:w="5386" w:type="dxa"/>
            <w:tcMar>
              <w:top w:w="40" w:type="dxa"/>
              <w:left w:w="40" w:type="dxa"/>
              <w:bottom w:w="30" w:type="dxa"/>
              <w:right w:w="40" w:type="dxa"/>
            </w:tcMar>
          </w:tcPr>
          <w:p w14:paraId="57942338" w14:textId="62A65996" w:rsidR="001D538E" w:rsidRDefault="001D538E" w:rsidP="001D50F7"/>
        </w:tc>
      </w:tr>
    </w:tbl>
    <w:p w14:paraId="14CF5BE8" w14:textId="77777777" w:rsidR="001D538E" w:rsidRDefault="001D538E">
      <w:pPr>
        <w:spacing w:after="8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56"/>
      </w:tblGrid>
      <w:tr w:rsidR="00C5117A" w14:paraId="65CDA0E6" w14:textId="77777777">
        <w:trPr>
          <w:cantSplit/>
          <w:jc w:val="center"/>
        </w:trPr>
        <w:tc>
          <w:tcPr>
            <w:tcW w:w="10772" w:type="dxa"/>
            <w:tcBorders>
              <w:top w:val="single" w:sz="6" w:space="0" w:color="0B4A8B"/>
              <w:left w:val="single" w:sz="6" w:space="0" w:color="0B4A8B"/>
              <w:bottom w:val="single" w:sz="6" w:space="0" w:color="0B4A8B"/>
              <w:right w:val="single" w:sz="6" w:space="0" w:color="0B4A8B"/>
            </w:tcBorders>
            <w:shd w:val="clear" w:color="auto" w:fill="F7FB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7F76D5" w14:textId="77777777" w:rsidR="001D538E" w:rsidRPr="00FF4A19" w:rsidRDefault="001D538E" w:rsidP="001D538E">
            <w:pPr>
              <w:jc w:val="right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A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Spiaggia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Abile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- Baja Levante</w:t>
            </w:r>
          </w:p>
          <w:p w14:paraId="4FFEB0DB" w14:textId="77777777" w:rsidR="001D538E" w:rsidRPr="00FF4A19" w:rsidRDefault="001D538E" w:rsidP="001D538E">
            <w:pPr>
              <w:jc w:val="right"/>
              <w:rPr>
                <w:sz w:val="20"/>
                <w:szCs w:val="20"/>
              </w:rPr>
            </w:pP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Telefono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: 393 4569758</w:t>
            </w:r>
          </w:p>
          <w:p w14:paraId="78D3957A" w14:textId="77777777" w:rsidR="001D538E" w:rsidRPr="00FF4A19" w:rsidRDefault="001D538E" w:rsidP="001D538E">
            <w:pPr>
              <w:jc w:val="right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E-mail: cristian.berchicci@libero.it</w:t>
            </w:r>
          </w:p>
          <w:p w14:paraId="681A53F1" w14:textId="77777777" w:rsidR="001D538E" w:rsidRPr="00FF4A19" w:rsidRDefault="001D538E" w:rsidP="001D538E">
            <w:pPr>
              <w:jc w:val="right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Instagram: instagram.com/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baja_levante</w:t>
            </w:r>
            <w:proofErr w:type="spellEnd"/>
          </w:p>
          <w:p w14:paraId="0D648EF9" w14:textId="551330AC" w:rsidR="00C5117A" w:rsidRDefault="001D538E" w:rsidP="001D538E">
            <w:pPr>
              <w:jc w:val="right"/>
            </w:pP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e, per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conoscenza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, comunedipetacciato@pec.it</w:t>
            </w:r>
          </w:p>
        </w:tc>
      </w:tr>
    </w:tbl>
    <w:p w14:paraId="1CA28B79" w14:textId="77777777" w:rsidR="00C5117A" w:rsidRDefault="00000000">
      <w:pPr>
        <w:spacing w:before="60" w:after="60" w:line="252" w:lineRule="auto"/>
      </w:pPr>
      <w:r>
        <w:rPr>
          <w:color w:val="000000"/>
          <w:sz w:val="17"/>
        </w:rPr>
        <w:t xml:space="preserve">Il/La </w:t>
      </w:r>
      <w:proofErr w:type="spellStart"/>
      <w:r>
        <w:rPr>
          <w:color w:val="000000"/>
          <w:sz w:val="17"/>
        </w:rPr>
        <w:t>sottoscritto</w:t>
      </w:r>
      <w:proofErr w:type="spellEnd"/>
      <w:r>
        <w:rPr>
          <w:color w:val="000000"/>
          <w:sz w:val="17"/>
        </w:rPr>
        <w:t xml:space="preserve">/a, </w:t>
      </w:r>
      <w:proofErr w:type="spellStart"/>
      <w:r>
        <w:rPr>
          <w:color w:val="000000"/>
          <w:sz w:val="17"/>
        </w:rPr>
        <w:t>consapevole</w:t>
      </w:r>
      <w:proofErr w:type="spellEnd"/>
      <w:r>
        <w:rPr>
          <w:color w:val="000000"/>
          <w:sz w:val="17"/>
        </w:rPr>
        <w:t xml:space="preserve"> delle </w:t>
      </w:r>
      <w:proofErr w:type="spellStart"/>
      <w:r>
        <w:rPr>
          <w:color w:val="000000"/>
          <w:sz w:val="17"/>
        </w:rPr>
        <w:t>responsabilità</w:t>
      </w:r>
      <w:proofErr w:type="spellEnd"/>
      <w:r>
        <w:rPr>
          <w:color w:val="000000"/>
          <w:sz w:val="17"/>
        </w:rPr>
        <w:t xml:space="preserve"> previste in caso di dichiarazioni non veritiere, rende la presente autodichiarazione ai fini esclusivi della prenotazione del servizio comunale “Spiaggia Abile”, ai sensi degli artt. 46 e 47 del D.P.R. 28 dicembre 2000, n. 445, per i fatti e le circostanze direttamente conosciuti.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  <w:gridCol w:w="60"/>
      </w:tblGrid>
      <w:tr w:rsidR="00C5117A" w14:paraId="3A2A1820" w14:textId="77777777">
        <w:trPr>
          <w:gridAfter w:val="1"/>
          <w:wAfter w:w="60" w:type="dxa"/>
          <w:cantSplit/>
          <w:jc w:val="center"/>
        </w:trPr>
        <w:tc>
          <w:tcPr>
            <w:tcW w:w="10772" w:type="dxa"/>
            <w:gridSpan w:val="2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CD545C" w14:textId="77777777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1. DATI DEL DICHIARANTE</w:t>
            </w:r>
          </w:p>
        </w:tc>
      </w:tr>
      <w:tr w:rsidR="00C5117A" w14:paraId="4DAE0F06" w14:textId="77777777">
        <w:trPr>
          <w:cantSplit/>
          <w:jc w:val="center"/>
        </w:trPr>
        <w:tc>
          <w:tcPr>
            <w:tcW w:w="5386" w:type="dxa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7BEC6122" w14:textId="77777777" w:rsidR="00C5117A" w:rsidRDefault="00000000">
            <w:r>
              <w:rPr>
                <w:b/>
                <w:color w:val="07366A"/>
                <w:sz w:val="16"/>
              </w:rPr>
              <w:t xml:space="preserve">Cognome e nome: </w:t>
            </w:r>
            <w:r>
              <w:rPr>
                <w:color w:val="666666"/>
                <w:sz w:val="16"/>
              </w:rPr>
              <w:t>__________________________________</w:t>
            </w:r>
          </w:p>
        </w:tc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36574991" w14:textId="77777777" w:rsidR="00C5117A" w:rsidRDefault="00000000">
            <w:r>
              <w:rPr>
                <w:b/>
                <w:color w:val="07366A"/>
                <w:sz w:val="16"/>
              </w:rPr>
              <w:t xml:space="preserve">Codice fiscale: </w:t>
            </w:r>
            <w:r>
              <w:rPr>
                <w:color w:val="666666"/>
                <w:sz w:val="16"/>
              </w:rPr>
              <w:t>__________________________________</w:t>
            </w:r>
          </w:p>
        </w:tc>
      </w:tr>
      <w:tr w:rsidR="00C5117A" w14:paraId="4892FECA" w14:textId="77777777">
        <w:trPr>
          <w:cantSplit/>
          <w:jc w:val="center"/>
        </w:trPr>
        <w:tc>
          <w:tcPr>
            <w:tcW w:w="5386" w:type="dxa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298340BB" w14:textId="77777777" w:rsidR="00C5117A" w:rsidRDefault="00000000">
            <w:r>
              <w:rPr>
                <w:b/>
                <w:color w:val="07366A"/>
                <w:sz w:val="16"/>
              </w:rPr>
              <w:t xml:space="preserve">Nato/a a: </w:t>
            </w:r>
            <w:r>
              <w:rPr>
                <w:color w:val="666666"/>
                <w:sz w:val="16"/>
              </w:rPr>
              <w:t>__________________________________</w:t>
            </w:r>
          </w:p>
        </w:tc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2B5720D3" w14:textId="77777777" w:rsidR="00C5117A" w:rsidRDefault="00000000">
            <w:r>
              <w:rPr>
                <w:b/>
                <w:color w:val="07366A"/>
                <w:sz w:val="16"/>
              </w:rPr>
              <w:t xml:space="preserve">Provincia e data di nascita: </w:t>
            </w:r>
            <w:r>
              <w:rPr>
                <w:color w:val="666666"/>
                <w:sz w:val="16"/>
              </w:rPr>
              <w:t>__________________________________</w:t>
            </w:r>
          </w:p>
        </w:tc>
      </w:tr>
      <w:tr w:rsidR="00C5117A" w14:paraId="58C9B083" w14:textId="77777777">
        <w:trPr>
          <w:cantSplit/>
          <w:jc w:val="center"/>
        </w:trPr>
        <w:tc>
          <w:tcPr>
            <w:tcW w:w="5386" w:type="dxa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4A4577CE" w14:textId="77777777" w:rsidR="00C5117A" w:rsidRDefault="00000000">
            <w:r>
              <w:rPr>
                <w:b/>
                <w:color w:val="07366A"/>
                <w:sz w:val="16"/>
              </w:rPr>
              <w:t xml:space="preserve">Residente in: </w:t>
            </w:r>
            <w:r>
              <w:rPr>
                <w:color w:val="666666"/>
                <w:sz w:val="16"/>
              </w:rPr>
              <w:t>__________________________________</w:t>
            </w:r>
          </w:p>
        </w:tc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6611ED4E" w14:textId="77777777" w:rsidR="00C5117A" w:rsidRDefault="00000000">
            <w:r>
              <w:rPr>
                <w:b/>
                <w:color w:val="07366A"/>
                <w:sz w:val="16"/>
              </w:rPr>
              <w:t xml:space="preserve">Via/Piazza e numero civico: </w:t>
            </w:r>
            <w:r>
              <w:rPr>
                <w:color w:val="666666"/>
                <w:sz w:val="16"/>
              </w:rPr>
              <w:t>__________________________________</w:t>
            </w:r>
          </w:p>
        </w:tc>
      </w:tr>
      <w:tr w:rsidR="00C5117A" w14:paraId="7EBF5791" w14:textId="77777777">
        <w:trPr>
          <w:cantSplit/>
          <w:jc w:val="center"/>
        </w:trPr>
        <w:tc>
          <w:tcPr>
            <w:tcW w:w="5386" w:type="dxa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4C857000" w14:textId="77777777" w:rsidR="00C5117A" w:rsidRDefault="00000000">
            <w:r>
              <w:rPr>
                <w:b/>
                <w:color w:val="07366A"/>
                <w:sz w:val="16"/>
              </w:rPr>
              <w:t xml:space="preserve">Telefono: </w:t>
            </w:r>
            <w:r>
              <w:rPr>
                <w:color w:val="666666"/>
                <w:sz w:val="16"/>
              </w:rPr>
              <w:t>__________________________________</w:t>
            </w:r>
          </w:p>
        </w:tc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362684BF" w14:textId="77777777" w:rsidR="00C5117A" w:rsidRDefault="00000000">
            <w:r>
              <w:rPr>
                <w:b/>
                <w:color w:val="07366A"/>
                <w:sz w:val="16"/>
              </w:rPr>
              <w:t xml:space="preserve">E-mail/PEC: </w:t>
            </w:r>
            <w:r>
              <w:rPr>
                <w:color w:val="666666"/>
                <w:sz w:val="16"/>
              </w:rPr>
              <w:t>__________________________________</w:t>
            </w:r>
          </w:p>
        </w:tc>
      </w:tr>
    </w:tbl>
    <w:p w14:paraId="0D8F611F" w14:textId="77777777" w:rsidR="00C5117A" w:rsidRDefault="00000000">
      <w:pPr>
        <w:spacing w:before="40" w:after="40"/>
      </w:pPr>
      <w:r>
        <w:rPr>
          <w:b/>
          <w:color w:val="07366A"/>
          <w:sz w:val="17"/>
        </w:rPr>
        <w:t>Il dichiarante presenta la domanda:</w:t>
      </w:r>
      <w:r>
        <w:rPr>
          <w:color w:val="000000"/>
        </w:rPr>
        <w:t xml:space="preserve">  □ per sé stesso/a     □ per il beneficiario indicato nella sezione seguente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"/>
        <w:gridCol w:w="5356"/>
        <w:gridCol w:w="55"/>
        <w:gridCol w:w="5331"/>
        <w:gridCol w:w="60"/>
        <w:gridCol w:w="20"/>
      </w:tblGrid>
      <w:tr w:rsidR="00C5117A" w14:paraId="62EA0301" w14:textId="77777777">
        <w:trPr>
          <w:gridAfter w:val="2"/>
          <w:wAfter w:w="80" w:type="dxa"/>
          <w:cantSplit/>
          <w:jc w:val="center"/>
        </w:trPr>
        <w:tc>
          <w:tcPr>
            <w:tcW w:w="10772" w:type="dxa"/>
            <w:gridSpan w:val="4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8D9716" w14:textId="77777777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2. DATI DEL BENEFICIARIO (COMPILARE SOLO SE DIVERSO DAL DICHIARANTE)</w:t>
            </w:r>
          </w:p>
        </w:tc>
      </w:tr>
      <w:tr w:rsidR="00C5117A" w14:paraId="2099BDA5" w14:textId="77777777" w:rsidTr="001D538E">
        <w:trPr>
          <w:gridAfter w:val="1"/>
          <w:wAfter w:w="20" w:type="dxa"/>
          <w:cantSplit/>
          <w:jc w:val="center"/>
        </w:trPr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4682194D" w14:textId="77777777" w:rsidR="00C5117A" w:rsidRDefault="00000000">
            <w:r>
              <w:rPr>
                <w:b/>
                <w:color w:val="07366A"/>
                <w:sz w:val="16"/>
              </w:rPr>
              <w:t xml:space="preserve">Cognome e nome: </w:t>
            </w:r>
            <w:r>
              <w:rPr>
                <w:color w:val="666666"/>
                <w:sz w:val="16"/>
              </w:rPr>
              <w:t>______________________________</w:t>
            </w:r>
          </w:p>
        </w:tc>
        <w:tc>
          <w:tcPr>
            <w:tcW w:w="5446" w:type="dxa"/>
            <w:gridSpan w:val="3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081173F2" w14:textId="77777777" w:rsidR="00C5117A" w:rsidRDefault="00000000">
            <w:r>
              <w:rPr>
                <w:b/>
                <w:color w:val="07366A"/>
                <w:sz w:val="16"/>
              </w:rPr>
              <w:t xml:space="preserve">Codice fiscale: </w:t>
            </w:r>
            <w:r>
              <w:rPr>
                <w:color w:val="666666"/>
                <w:sz w:val="16"/>
              </w:rPr>
              <w:t>______________________________</w:t>
            </w:r>
          </w:p>
        </w:tc>
      </w:tr>
      <w:tr w:rsidR="00C5117A" w14:paraId="115CF187" w14:textId="77777777" w:rsidTr="001D538E">
        <w:trPr>
          <w:gridAfter w:val="1"/>
          <w:wAfter w:w="20" w:type="dxa"/>
          <w:cantSplit/>
          <w:jc w:val="center"/>
        </w:trPr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450D154B" w14:textId="77777777" w:rsidR="00C5117A" w:rsidRDefault="00000000">
            <w:r>
              <w:rPr>
                <w:b/>
                <w:color w:val="07366A"/>
                <w:sz w:val="16"/>
              </w:rPr>
              <w:t xml:space="preserve">Nato/a a: </w:t>
            </w:r>
            <w:r>
              <w:rPr>
                <w:color w:val="666666"/>
                <w:sz w:val="16"/>
              </w:rPr>
              <w:t>______________________________</w:t>
            </w:r>
          </w:p>
        </w:tc>
        <w:tc>
          <w:tcPr>
            <w:tcW w:w="5446" w:type="dxa"/>
            <w:gridSpan w:val="3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21F6BA7C" w14:textId="77777777" w:rsidR="00C5117A" w:rsidRDefault="00000000">
            <w:r>
              <w:rPr>
                <w:b/>
                <w:color w:val="07366A"/>
                <w:sz w:val="16"/>
              </w:rPr>
              <w:t xml:space="preserve">Provincia e data di nascita: </w:t>
            </w:r>
            <w:r>
              <w:rPr>
                <w:color w:val="666666"/>
                <w:sz w:val="16"/>
              </w:rPr>
              <w:t>______________________________</w:t>
            </w:r>
          </w:p>
        </w:tc>
      </w:tr>
      <w:tr w:rsidR="00C5117A" w14:paraId="10AC5E78" w14:textId="77777777" w:rsidTr="001D538E">
        <w:trPr>
          <w:gridAfter w:val="1"/>
          <w:wAfter w:w="20" w:type="dxa"/>
          <w:cantSplit/>
          <w:jc w:val="center"/>
        </w:trPr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35AA90A6" w14:textId="77777777" w:rsidR="00C5117A" w:rsidRDefault="00000000">
            <w:r>
              <w:rPr>
                <w:b/>
                <w:color w:val="07366A"/>
                <w:sz w:val="16"/>
              </w:rPr>
              <w:t xml:space="preserve">Residente in: </w:t>
            </w:r>
            <w:r>
              <w:rPr>
                <w:color w:val="666666"/>
                <w:sz w:val="16"/>
              </w:rPr>
              <w:t>______________________________</w:t>
            </w:r>
          </w:p>
        </w:tc>
        <w:tc>
          <w:tcPr>
            <w:tcW w:w="5446" w:type="dxa"/>
            <w:gridSpan w:val="3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6B7C0A84" w14:textId="77777777" w:rsidR="00C5117A" w:rsidRDefault="00000000">
            <w:r>
              <w:rPr>
                <w:b/>
                <w:color w:val="07366A"/>
                <w:sz w:val="16"/>
              </w:rPr>
              <w:t xml:space="preserve">Via/Piazza e numero civico: </w:t>
            </w:r>
            <w:r>
              <w:rPr>
                <w:color w:val="666666"/>
                <w:sz w:val="16"/>
              </w:rPr>
              <w:t>______________________________</w:t>
            </w:r>
          </w:p>
        </w:tc>
      </w:tr>
      <w:tr w:rsidR="00C5117A" w14:paraId="273818A4" w14:textId="77777777" w:rsidTr="001D538E">
        <w:trPr>
          <w:gridAfter w:val="1"/>
          <w:wAfter w:w="20" w:type="dxa"/>
          <w:cantSplit/>
          <w:jc w:val="center"/>
        </w:trPr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3FB0E674" w14:textId="77777777" w:rsidR="00C5117A" w:rsidRDefault="00000000">
            <w:r>
              <w:rPr>
                <w:b/>
                <w:color w:val="07366A"/>
                <w:sz w:val="16"/>
              </w:rPr>
              <w:t xml:space="preserve">Rapporto con il dichiarante: </w:t>
            </w:r>
            <w:r>
              <w:rPr>
                <w:color w:val="666666"/>
                <w:sz w:val="16"/>
              </w:rPr>
              <w:t>______________________________</w:t>
            </w:r>
          </w:p>
        </w:tc>
        <w:tc>
          <w:tcPr>
            <w:tcW w:w="5446" w:type="dxa"/>
            <w:gridSpan w:val="3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0085C736" w14:textId="77777777" w:rsidR="00C5117A" w:rsidRDefault="00000000">
            <w:r>
              <w:rPr>
                <w:b/>
                <w:color w:val="07366A"/>
                <w:sz w:val="16"/>
              </w:rPr>
              <w:t xml:space="preserve">Titolo di rappresentanza/delega: </w:t>
            </w:r>
            <w:r>
              <w:rPr>
                <w:color w:val="666666"/>
                <w:sz w:val="16"/>
              </w:rPr>
              <w:t>______________________________</w:t>
            </w:r>
          </w:p>
        </w:tc>
      </w:tr>
      <w:tr w:rsidR="00C5117A" w14:paraId="226FB981" w14:textId="77777777">
        <w:trPr>
          <w:gridAfter w:val="2"/>
          <w:wAfter w:w="80" w:type="dxa"/>
          <w:cantSplit/>
          <w:jc w:val="center"/>
        </w:trPr>
        <w:tc>
          <w:tcPr>
            <w:tcW w:w="10772" w:type="dxa"/>
            <w:gridSpan w:val="4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1623FF" w14:textId="77777777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3. RICHIESTA DI PRENOTAZIONE</w:t>
            </w:r>
          </w:p>
        </w:tc>
      </w:tr>
      <w:tr w:rsidR="00C5117A" w14:paraId="50A9032B" w14:textId="77777777" w:rsidTr="001D538E">
        <w:trPr>
          <w:gridAfter w:val="1"/>
          <w:wAfter w:w="20" w:type="dxa"/>
          <w:cantSplit/>
          <w:jc w:val="center"/>
        </w:trPr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332C4D1D" w14:textId="77777777" w:rsidR="00C5117A" w:rsidRDefault="00000000">
            <w:r>
              <w:rPr>
                <w:b/>
                <w:color w:val="07366A"/>
                <w:sz w:val="16"/>
              </w:rPr>
              <w:t xml:space="preserve">Data richiesta: </w:t>
            </w:r>
            <w:r>
              <w:rPr>
                <w:color w:val="666666"/>
                <w:sz w:val="16"/>
              </w:rPr>
              <w:t>____________________________</w:t>
            </w:r>
          </w:p>
        </w:tc>
        <w:tc>
          <w:tcPr>
            <w:tcW w:w="5446" w:type="dxa"/>
            <w:gridSpan w:val="3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4597190E" w14:textId="77777777" w:rsidR="00C5117A" w:rsidRDefault="00000000">
            <w:r>
              <w:rPr>
                <w:b/>
                <w:color w:val="07366A"/>
                <w:sz w:val="16"/>
              </w:rPr>
              <w:t xml:space="preserve">Eventuale periodo: dal / al: </w:t>
            </w:r>
            <w:r>
              <w:rPr>
                <w:color w:val="666666"/>
                <w:sz w:val="16"/>
              </w:rPr>
              <w:t>____________________________</w:t>
            </w:r>
          </w:p>
        </w:tc>
      </w:tr>
      <w:tr w:rsidR="00C5117A" w14:paraId="5371717B" w14:textId="77777777" w:rsidTr="001D538E">
        <w:trPr>
          <w:gridAfter w:val="1"/>
          <w:wAfter w:w="20" w:type="dxa"/>
          <w:cantSplit/>
          <w:jc w:val="center"/>
        </w:trPr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7EEB58F1" w14:textId="77777777" w:rsidR="00C5117A" w:rsidRDefault="00000000">
            <w:r>
              <w:rPr>
                <w:b/>
                <w:color w:val="07366A"/>
                <w:sz w:val="16"/>
              </w:rPr>
              <w:t xml:space="preserve">Orario previsto di arrivo: </w:t>
            </w:r>
            <w:r>
              <w:rPr>
                <w:color w:val="666666"/>
                <w:sz w:val="16"/>
              </w:rPr>
              <w:t>____________________________</w:t>
            </w:r>
          </w:p>
        </w:tc>
        <w:tc>
          <w:tcPr>
            <w:tcW w:w="5446" w:type="dxa"/>
            <w:gridSpan w:val="3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25C00AF7" w14:textId="77777777" w:rsidR="00C5117A" w:rsidRDefault="00000000">
            <w:r>
              <w:rPr>
                <w:b/>
                <w:color w:val="07366A"/>
                <w:sz w:val="16"/>
              </w:rPr>
              <w:t xml:space="preserve">Numero accompagnatori: 0 / 1: </w:t>
            </w:r>
            <w:r>
              <w:rPr>
                <w:color w:val="666666"/>
                <w:sz w:val="16"/>
              </w:rPr>
              <w:t>____________________________</w:t>
            </w:r>
          </w:p>
        </w:tc>
      </w:tr>
      <w:tr w:rsidR="00C5117A" w14:paraId="3459E355" w14:textId="77777777" w:rsidTr="001D538E">
        <w:trPr>
          <w:gridAfter w:val="1"/>
          <w:wAfter w:w="20" w:type="dxa"/>
          <w:cantSplit/>
          <w:jc w:val="center"/>
        </w:trPr>
        <w:tc>
          <w:tcPr>
            <w:tcW w:w="5386" w:type="dxa"/>
            <w:gridSpan w:val="2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421B6E06" w14:textId="77777777" w:rsidR="00C5117A" w:rsidRDefault="00000000">
            <w:r>
              <w:rPr>
                <w:b/>
                <w:color w:val="07366A"/>
                <w:sz w:val="16"/>
              </w:rPr>
              <w:t xml:space="preserve">Recapito per conferma o variazioni: </w:t>
            </w:r>
            <w:r>
              <w:rPr>
                <w:color w:val="666666"/>
                <w:sz w:val="16"/>
              </w:rPr>
              <w:t>____________________________</w:t>
            </w:r>
          </w:p>
        </w:tc>
        <w:tc>
          <w:tcPr>
            <w:tcW w:w="5446" w:type="dxa"/>
            <w:gridSpan w:val="3"/>
            <w:tcBorders>
              <w:bottom w:val="single" w:sz="3" w:space="0" w:color="B7C9DD"/>
            </w:tcBorders>
            <w:tcMar>
              <w:top w:w="75" w:type="dxa"/>
              <w:left w:w="60" w:type="dxa"/>
              <w:bottom w:w="75" w:type="dxa"/>
              <w:right w:w="60" w:type="dxa"/>
            </w:tcMar>
          </w:tcPr>
          <w:p w14:paraId="3158BD10" w14:textId="77777777" w:rsidR="00C5117A" w:rsidRDefault="00000000">
            <w:r>
              <w:rPr>
                <w:b/>
                <w:color w:val="07366A"/>
                <w:sz w:val="16"/>
              </w:rPr>
              <w:t xml:space="preserve">Eventuali esigenze organizzative: </w:t>
            </w:r>
            <w:r>
              <w:rPr>
                <w:color w:val="666666"/>
                <w:sz w:val="16"/>
              </w:rPr>
              <w:t>____________________________</w:t>
            </w:r>
          </w:p>
        </w:tc>
      </w:tr>
      <w:tr w:rsidR="00C5117A" w14:paraId="134124C3" w14:textId="77777777">
        <w:trPr>
          <w:gridAfter w:val="2"/>
          <w:wAfter w:w="80" w:type="dxa"/>
          <w:cantSplit/>
          <w:jc w:val="center"/>
        </w:trPr>
        <w:tc>
          <w:tcPr>
            <w:tcW w:w="10772" w:type="dxa"/>
            <w:gridSpan w:val="4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730985" w14:textId="77777777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4. CONDIZIONE CHE CONSENTE L’ACCESSO AL SERVIZIO</w:t>
            </w:r>
          </w:p>
        </w:tc>
      </w:tr>
      <w:tr w:rsidR="001D538E" w:rsidRPr="00FF4A19" w14:paraId="598BD58B" w14:textId="77777777" w:rsidTr="00E47B5E">
        <w:trPr>
          <w:gridBefore w:val="1"/>
          <w:wBefore w:w="30" w:type="dxa"/>
          <w:jc w:val="center"/>
        </w:trPr>
        <w:tc>
          <w:tcPr>
            <w:tcW w:w="5411" w:type="dxa"/>
            <w:gridSpan w:val="2"/>
            <w:tcBorders>
              <w:top w:val="single" w:sz="5" w:space="0" w:color="A8BDD3"/>
              <w:left w:val="single" w:sz="5" w:space="0" w:color="A8BDD3"/>
              <w:bottom w:val="single" w:sz="5" w:space="0" w:color="A8BDD3"/>
              <w:right w:val="single" w:sz="5" w:space="0" w:color="A8BDD3"/>
            </w:tcBorders>
            <w:shd w:val="clear" w:color="auto" w:fill="F5F9F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E8225E3" w14:textId="77777777" w:rsidR="001D538E" w:rsidRPr="00FF4A19" w:rsidRDefault="001D538E" w:rsidP="00E47B5E">
            <w:pPr>
              <w:spacing w:after="40"/>
              <w:rPr>
                <w:sz w:val="20"/>
                <w:szCs w:val="20"/>
              </w:rPr>
            </w:pP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Barrare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la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condizione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pertinente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:</w:t>
            </w:r>
          </w:p>
          <w:p w14:paraId="21F44830" w14:textId="77777777" w:rsidR="001D538E" w:rsidRPr="00FF4A19" w:rsidRDefault="001D538E" w:rsidP="00E47B5E">
            <w:pPr>
              <w:spacing w:after="10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☐ </w:t>
            </w: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Legge 104/1992, art. 3, comma 3 (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situazione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di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gravità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)</w:t>
            </w:r>
          </w:p>
          <w:p w14:paraId="3382214B" w14:textId="77777777" w:rsidR="001D538E" w:rsidRPr="00FF4A19" w:rsidRDefault="001D538E" w:rsidP="00E47B5E">
            <w:pPr>
              <w:spacing w:after="10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☐ </w:t>
            </w: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Legge 104/1992, art. 3, comma 1</w:t>
            </w:r>
          </w:p>
          <w:p w14:paraId="22441B81" w14:textId="77777777" w:rsidR="001D538E" w:rsidRPr="00FF4A19" w:rsidRDefault="001D538E" w:rsidP="00E47B5E">
            <w:pPr>
              <w:spacing w:after="10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☐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Invalidità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civile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riconosciuta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-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percentuale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: ______ %</w:t>
            </w:r>
          </w:p>
          <w:p w14:paraId="29DFF4DD" w14:textId="77777777" w:rsidR="001D538E" w:rsidRPr="00FF4A19" w:rsidRDefault="001D538E" w:rsidP="00E47B5E">
            <w:pPr>
              <w:spacing w:after="20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  ☐ dal 67% al 99%     ☐ 100%</w:t>
            </w:r>
          </w:p>
          <w:p w14:paraId="0FC18354" w14:textId="77777777" w:rsidR="001D538E" w:rsidRPr="00FF4A19" w:rsidRDefault="001D538E" w:rsidP="00E47B5E">
            <w:pPr>
              <w:spacing w:after="10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☐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Riconoscimento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dell’indennità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di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accompagnamento</w:t>
            </w:r>
            <w:proofErr w:type="spellEnd"/>
          </w:p>
          <w:p w14:paraId="0DD7D41B" w14:textId="77777777" w:rsidR="001D538E" w:rsidRPr="00FF4A19" w:rsidRDefault="001D538E" w:rsidP="00E47B5E">
            <w:pPr>
              <w:spacing w:before="20"/>
              <w:rPr>
                <w:sz w:val="20"/>
                <w:szCs w:val="20"/>
              </w:rPr>
            </w:pP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Tipologia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funzionale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(senza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indicare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diagnosi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):</w:t>
            </w:r>
          </w:p>
          <w:p w14:paraId="2BF0D831" w14:textId="77777777" w:rsidR="001D538E" w:rsidRPr="00FF4A19" w:rsidRDefault="001D538E" w:rsidP="00E47B5E">
            <w:pPr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☐ motoria     ☐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sensoriale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    ☐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cognitiva</w:t>
            </w:r>
            <w:proofErr w:type="spellEnd"/>
          </w:p>
        </w:tc>
        <w:tc>
          <w:tcPr>
            <w:tcW w:w="5411" w:type="dxa"/>
            <w:gridSpan w:val="3"/>
            <w:tcBorders>
              <w:top w:val="single" w:sz="5" w:space="0" w:color="A8BDD3"/>
              <w:left w:val="single" w:sz="5" w:space="0" w:color="A8BDD3"/>
              <w:bottom w:val="single" w:sz="5" w:space="0" w:color="A8BDD3"/>
              <w:right w:val="single" w:sz="5" w:space="0" w:color="A8BDD3"/>
            </w:tcBorders>
            <w:shd w:val="clear" w:color="auto" w:fill="F5F9FD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A2951C" w14:textId="77777777" w:rsidR="001D538E" w:rsidRPr="00FF4A19" w:rsidRDefault="001D538E" w:rsidP="00E47B5E">
            <w:pPr>
              <w:spacing w:after="40"/>
              <w:rPr>
                <w:sz w:val="20"/>
                <w:szCs w:val="20"/>
              </w:rPr>
            </w:pP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Altre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>condizioni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 di accesso:</w:t>
            </w:r>
          </w:p>
          <w:p w14:paraId="653F2DAF" w14:textId="77777777" w:rsidR="001D538E" w:rsidRPr="00FF4A19" w:rsidRDefault="001D538E" w:rsidP="00E47B5E">
            <w:pPr>
              <w:spacing w:after="24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☐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Mobilità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ridotta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o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inabilità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temporanea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attestata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dal medico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curante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o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specialista</w:t>
            </w:r>
            <w:proofErr w:type="spellEnd"/>
          </w:p>
          <w:p w14:paraId="43C87C99" w14:textId="77777777" w:rsidR="001D538E" w:rsidRPr="00FF4A19" w:rsidRDefault="001D538E" w:rsidP="00E47B5E">
            <w:pPr>
              <w:spacing w:after="24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☐ </w:t>
            </w: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Persona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anziana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o fragile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che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necessita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di accesso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agevolato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o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ausili</w:t>
            </w:r>
            <w:proofErr w:type="spellEnd"/>
          </w:p>
          <w:p w14:paraId="7D60D43E" w14:textId="77777777" w:rsidR="001D538E" w:rsidRPr="00FF4A19" w:rsidRDefault="001D538E" w:rsidP="00E47B5E">
            <w:pPr>
              <w:spacing w:after="24"/>
              <w:rPr>
                <w:sz w:val="20"/>
                <w:szCs w:val="20"/>
              </w:rPr>
            </w:pPr>
            <w:r w:rsidRPr="00FF4A19">
              <w:rPr>
                <w:rFonts w:ascii="Liberation Sans" w:eastAsia="Liberation Sans" w:hAnsi="Liberation Sans"/>
                <w:b/>
                <w:color w:val="003B7A"/>
                <w:sz w:val="20"/>
                <w:szCs w:val="20"/>
              </w:rPr>
              <w:t xml:space="preserve">☐ </w:t>
            </w:r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Donna in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gravidanza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che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necessita</w:t>
            </w:r>
            <w:proofErr w:type="spellEnd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 xml:space="preserve"> di accesso </w:t>
            </w:r>
            <w:proofErr w:type="spellStart"/>
            <w:r w:rsidRPr="00FF4A19">
              <w:rPr>
                <w:rFonts w:ascii="Liberation Sans" w:eastAsia="Liberation Sans" w:hAnsi="Liberation Sans"/>
                <w:color w:val="20252B"/>
                <w:sz w:val="20"/>
                <w:szCs w:val="20"/>
              </w:rPr>
              <w:t>facilitato</w:t>
            </w:r>
            <w:proofErr w:type="spellEnd"/>
          </w:p>
          <w:p w14:paraId="06BB467D" w14:textId="77777777" w:rsidR="001D538E" w:rsidRPr="00FF4A19" w:rsidRDefault="001D538E" w:rsidP="00E47B5E">
            <w:pPr>
              <w:spacing w:before="60"/>
              <w:rPr>
                <w:sz w:val="20"/>
                <w:szCs w:val="20"/>
              </w:rPr>
            </w:pPr>
            <w:proofErr w:type="spellStart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>Nota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 xml:space="preserve">: non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>indicare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>diagnosi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 xml:space="preserve"> o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>informazioni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>sanitarie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 xml:space="preserve"> non </w:t>
            </w:r>
            <w:proofErr w:type="spellStart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>necessarie</w:t>
            </w:r>
            <w:proofErr w:type="spellEnd"/>
            <w:r w:rsidRPr="00FF4A19">
              <w:rPr>
                <w:rFonts w:ascii="Liberation Sans" w:eastAsia="Liberation Sans" w:hAnsi="Liberation Sans"/>
                <w:b/>
                <w:color w:val="C62828"/>
                <w:sz w:val="20"/>
                <w:szCs w:val="20"/>
              </w:rPr>
              <w:t>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52"/>
      </w:tblGrid>
      <w:tr w:rsidR="00C5117A" w14:paraId="74A01766" w14:textId="77777777">
        <w:trPr>
          <w:cantSplit/>
          <w:jc w:val="center"/>
        </w:trPr>
        <w:tc>
          <w:tcPr>
            <w:tcW w:w="10772" w:type="dxa"/>
            <w:tcBorders>
              <w:top w:val="single" w:sz="8" w:space="0" w:color="E69138"/>
              <w:left w:val="single" w:sz="8" w:space="0" w:color="E69138"/>
              <w:bottom w:val="single" w:sz="8" w:space="0" w:color="E69138"/>
              <w:right w:val="single" w:sz="8" w:space="0" w:color="E69138"/>
            </w:tcBorders>
            <w:shd w:val="clear" w:color="auto" w:fill="FFF4E5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3E1B316" w14:textId="77777777" w:rsidR="00C5117A" w:rsidRDefault="00000000">
            <w:r>
              <w:rPr>
                <w:b/>
                <w:color w:val="000000"/>
                <w:sz w:val="17"/>
              </w:rPr>
              <w:t>ATTENZIONE:</w:t>
            </w:r>
            <w:r>
              <w:rPr>
                <w:color w:val="000000"/>
                <w:sz w:val="17"/>
              </w:rPr>
              <w:t xml:space="preserve"> la </w:t>
            </w:r>
            <w:proofErr w:type="spellStart"/>
            <w:r>
              <w:rPr>
                <w:color w:val="000000"/>
                <w:sz w:val="17"/>
              </w:rPr>
              <w:t>presente</w:t>
            </w:r>
            <w:proofErr w:type="spellEnd"/>
            <w:r>
              <w:rPr>
                <w:color w:val="000000"/>
                <w:sz w:val="17"/>
              </w:rPr>
              <w:t xml:space="preserve"> </w:t>
            </w:r>
            <w:proofErr w:type="spellStart"/>
            <w:r>
              <w:rPr>
                <w:color w:val="000000"/>
                <w:sz w:val="17"/>
              </w:rPr>
              <w:t>autodichiarazione</w:t>
            </w:r>
            <w:proofErr w:type="spellEnd"/>
            <w:r>
              <w:rPr>
                <w:color w:val="000000"/>
                <w:sz w:val="17"/>
              </w:rPr>
              <w:t xml:space="preserve"> non </w:t>
            </w:r>
            <w:proofErr w:type="spellStart"/>
            <w:r>
              <w:rPr>
                <w:color w:val="000000"/>
                <w:sz w:val="17"/>
              </w:rPr>
              <w:t>sostituisce</w:t>
            </w:r>
            <w:proofErr w:type="spellEnd"/>
            <w:r>
              <w:rPr>
                <w:color w:val="000000"/>
                <w:sz w:val="17"/>
              </w:rPr>
              <w:t xml:space="preserve"> certificati medici, sanitari o la documentazione attestante il requisito di accesso. Tale documentazione deve essere allegata o esibita in fase di prenotazione secondo le indicazioni del </w:t>
            </w:r>
            <w:proofErr w:type="spellStart"/>
            <w:r>
              <w:rPr>
                <w:color w:val="000000"/>
                <w:sz w:val="17"/>
              </w:rPr>
              <w:t>servizio</w:t>
            </w:r>
            <w:proofErr w:type="spellEnd"/>
            <w:r>
              <w:rPr>
                <w:color w:val="000000"/>
                <w:sz w:val="17"/>
              </w:rPr>
              <w:t xml:space="preserve">, senza </w:t>
            </w:r>
            <w:proofErr w:type="spellStart"/>
            <w:r>
              <w:rPr>
                <w:color w:val="000000"/>
                <w:sz w:val="17"/>
              </w:rPr>
              <w:t>riportare</w:t>
            </w:r>
            <w:proofErr w:type="spellEnd"/>
            <w:r>
              <w:rPr>
                <w:color w:val="000000"/>
                <w:sz w:val="17"/>
              </w:rPr>
              <w:t xml:space="preserve"> </w:t>
            </w:r>
            <w:proofErr w:type="spellStart"/>
            <w:r>
              <w:rPr>
                <w:color w:val="000000"/>
                <w:sz w:val="17"/>
              </w:rPr>
              <w:t>nel</w:t>
            </w:r>
            <w:proofErr w:type="spellEnd"/>
            <w:r>
              <w:rPr>
                <w:color w:val="000000"/>
                <w:sz w:val="17"/>
              </w:rPr>
              <w:t xml:space="preserve"> modulo </w:t>
            </w:r>
            <w:proofErr w:type="spellStart"/>
            <w:r>
              <w:rPr>
                <w:color w:val="000000"/>
                <w:sz w:val="17"/>
              </w:rPr>
              <w:t>diagnosi</w:t>
            </w:r>
            <w:proofErr w:type="spellEnd"/>
            <w:r>
              <w:rPr>
                <w:color w:val="000000"/>
                <w:sz w:val="17"/>
              </w:rPr>
              <w:t xml:space="preserve"> o </w:t>
            </w:r>
            <w:proofErr w:type="spellStart"/>
            <w:r>
              <w:rPr>
                <w:color w:val="000000"/>
                <w:sz w:val="17"/>
              </w:rPr>
              <w:t>informazioni</w:t>
            </w:r>
            <w:proofErr w:type="spellEnd"/>
            <w:r>
              <w:rPr>
                <w:color w:val="000000"/>
                <w:sz w:val="17"/>
              </w:rPr>
              <w:t xml:space="preserve"> </w:t>
            </w:r>
            <w:proofErr w:type="spellStart"/>
            <w:r>
              <w:rPr>
                <w:color w:val="000000"/>
                <w:sz w:val="17"/>
              </w:rPr>
              <w:t>sanitarie</w:t>
            </w:r>
            <w:proofErr w:type="spellEnd"/>
            <w:r>
              <w:rPr>
                <w:color w:val="000000"/>
                <w:sz w:val="17"/>
              </w:rPr>
              <w:t xml:space="preserve"> non </w:t>
            </w:r>
            <w:proofErr w:type="spellStart"/>
            <w:r>
              <w:rPr>
                <w:color w:val="000000"/>
                <w:sz w:val="17"/>
              </w:rPr>
              <w:t>necessarie</w:t>
            </w:r>
            <w:proofErr w:type="spellEnd"/>
            <w:r>
              <w:rPr>
                <w:color w:val="000000"/>
                <w:sz w:val="17"/>
              </w:rPr>
              <w:t>.</w:t>
            </w:r>
          </w:p>
        </w:tc>
      </w:tr>
    </w:tbl>
    <w:p w14:paraId="3B7D5C3E" w14:textId="0A355FCA" w:rsidR="001D50F7" w:rsidRDefault="001D50F7" w:rsidP="001D50F7">
      <w:pPr>
        <w:spacing w:before="60" w:after="60" w:line="252" w:lineRule="auto"/>
      </w:pPr>
      <w:r>
        <w:rPr>
          <w:color w:val="000000"/>
          <w:sz w:val="17"/>
        </w:rPr>
        <w:t xml:space="preserve">Il/La </w:t>
      </w:r>
      <w:proofErr w:type="spellStart"/>
      <w:r>
        <w:rPr>
          <w:color w:val="000000"/>
          <w:sz w:val="17"/>
        </w:rPr>
        <w:t>sottoscritto</w:t>
      </w:r>
      <w:proofErr w:type="spellEnd"/>
      <w:r>
        <w:rPr>
          <w:color w:val="000000"/>
          <w:sz w:val="17"/>
        </w:rPr>
        <w:t xml:space="preserve">/a </w:t>
      </w:r>
      <w:proofErr w:type="spellStart"/>
      <w:r>
        <w:rPr>
          <w:color w:val="000000"/>
          <w:sz w:val="17"/>
        </w:rPr>
        <w:t>dichiara</w:t>
      </w:r>
      <w:proofErr w:type="spellEnd"/>
      <w:r>
        <w:rPr>
          <w:color w:val="000000"/>
          <w:sz w:val="17"/>
        </w:rPr>
        <w:t xml:space="preserve"> di </w:t>
      </w:r>
      <w:proofErr w:type="spellStart"/>
      <w:r>
        <w:rPr>
          <w:color w:val="000000"/>
          <w:sz w:val="17"/>
        </w:rPr>
        <w:t>essere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consapevole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che</w:t>
      </w:r>
      <w:proofErr w:type="spellEnd"/>
      <w:r>
        <w:rPr>
          <w:color w:val="000000"/>
          <w:sz w:val="17"/>
        </w:rPr>
        <w:t xml:space="preserve">, </w:t>
      </w:r>
      <w:proofErr w:type="spellStart"/>
      <w:r>
        <w:rPr>
          <w:color w:val="000000"/>
          <w:sz w:val="17"/>
        </w:rPr>
        <w:t>qualora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dai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controlli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emerga</w:t>
      </w:r>
      <w:proofErr w:type="spellEnd"/>
      <w:r>
        <w:rPr>
          <w:color w:val="000000"/>
          <w:sz w:val="17"/>
        </w:rPr>
        <w:t xml:space="preserve"> la non </w:t>
      </w:r>
      <w:proofErr w:type="spellStart"/>
      <w:r>
        <w:rPr>
          <w:color w:val="000000"/>
          <w:sz w:val="17"/>
        </w:rPr>
        <w:t>veridicità</w:t>
      </w:r>
      <w:proofErr w:type="spellEnd"/>
      <w:r>
        <w:rPr>
          <w:color w:val="000000"/>
          <w:sz w:val="17"/>
        </w:rPr>
        <w:t xml:space="preserve"> di </w:t>
      </w:r>
      <w:proofErr w:type="spellStart"/>
      <w:r>
        <w:rPr>
          <w:color w:val="000000"/>
          <w:sz w:val="17"/>
        </w:rPr>
        <w:t>quanto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dichiarato</w:t>
      </w:r>
      <w:proofErr w:type="spellEnd"/>
      <w:r>
        <w:rPr>
          <w:color w:val="000000"/>
          <w:sz w:val="17"/>
        </w:rPr>
        <w:t xml:space="preserve">, </w:t>
      </w:r>
      <w:proofErr w:type="spellStart"/>
      <w:r>
        <w:rPr>
          <w:color w:val="000000"/>
          <w:sz w:val="17"/>
        </w:rPr>
        <w:t>si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applicano</w:t>
      </w:r>
      <w:proofErr w:type="spellEnd"/>
      <w:r>
        <w:rPr>
          <w:color w:val="000000"/>
          <w:sz w:val="17"/>
        </w:rPr>
        <w:t xml:space="preserve"> la </w:t>
      </w:r>
      <w:proofErr w:type="spellStart"/>
      <w:r>
        <w:rPr>
          <w:color w:val="000000"/>
          <w:sz w:val="17"/>
        </w:rPr>
        <w:t>decadenza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dagli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eventuali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benefici</w:t>
      </w:r>
      <w:proofErr w:type="spellEnd"/>
      <w:r>
        <w:rPr>
          <w:color w:val="000000"/>
          <w:sz w:val="17"/>
        </w:rPr>
        <w:t xml:space="preserve"> e le </w:t>
      </w:r>
      <w:proofErr w:type="spellStart"/>
      <w:r>
        <w:rPr>
          <w:color w:val="000000"/>
          <w:sz w:val="17"/>
        </w:rPr>
        <w:t>conseguenze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previste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dagli</w:t>
      </w:r>
      <w:proofErr w:type="spellEnd"/>
      <w:r>
        <w:rPr>
          <w:color w:val="000000"/>
          <w:sz w:val="17"/>
        </w:rPr>
        <w:t xml:space="preserve"> </w:t>
      </w:r>
      <w:proofErr w:type="spellStart"/>
      <w:r>
        <w:rPr>
          <w:color w:val="000000"/>
          <w:sz w:val="17"/>
        </w:rPr>
        <w:t>artt</w:t>
      </w:r>
      <w:proofErr w:type="spellEnd"/>
      <w:r>
        <w:rPr>
          <w:color w:val="000000"/>
          <w:sz w:val="17"/>
        </w:rPr>
        <w:t xml:space="preserve">. 75 e 76 del D.P.R. 28 </w:t>
      </w:r>
      <w:proofErr w:type="spellStart"/>
      <w:r>
        <w:rPr>
          <w:color w:val="000000"/>
          <w:sz w:val="17"/>
        </w:rPr>
        <w:t>dicembre</w:t>
      </w:r>
      <w:proofErr w:type="spellEnd"/>
      <w:r>
        <w:rPr>
          <w:color w:val="000000"/>
          <w:sz w:val="17"/>
        </w:rPr>
        <w:t xml:space="preserve"> 2000, n. 445.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1D50F7" w14:paraId="238BB2F9" w14:textId="77777777" w:rsidTr="00A30505">
        <w:trPr>
          <w:cantSplit/>
          <w:jc w:val="center"/>
        </w:trPr>
        <w:tc>
          <w:tcPr>
            <w:tcW w:w="5386" w:type="dxa"/>
            <w:tcMar>
              <w:top w:w="170" w:type="dxa"/>
              <w:left w:w="60" w:type="dxa"/>
              <w:bottom w:w="170" w:type="dxa"/>
              <w:right w:w="60" w:type="dxa"/>
            </w:tcMar>
          </w:tcPr>
          <w:p w14:paraId="53488EF0" w14:textId="77777777" w:rsidR="001D50F7" w:rsidRDefault="001D50F7" w:rsidP="00A30505">
            <w:pPr>
              <w:jc w:val="center"/>
            </w:pPr>
            <w:proofErr w:type="spellStart"/>
            <w:r>
              <w:rPr>
                <w:b/>
                <w:color w:val="07366A"/>
                <w:sz w:val="17"/>
              </w:rPr>
              <w:t>Luogo</w:t>
            </w:r>
            <w:proofErr w:type="spellEnd"/>
            <w:r>
              <w:rPr>
                <w:b/>
                <w:color w:val="07366A"/>
                <w:sz w:val="17"/>
              </w:rPr>
              <w:t xml:space="preserve"> e data</w:t>
            </w:r>
          </w:p>
        </w:tc>
        <w:tc>
          <w:tcPr>
            <w:tcW w:w="5386" w:type="dxa"/>
            <w:tcMar>
              <w:top w:w="170" w:type="dxa"/>
              <w:left w:w="60" w:type="dxa"/>
              <w:bottom w:w="170" w:type="dxa"/>
              <w:right w:w="60" w:type="dxa"/>
            </w:tcMar>
          </w:tcPr>
          <w:p w14:paraId="21A073EB" w14:textId="77777777" w:rsidR="001D50F7" w:rsidRDefault="001D50F7" w:rsidP="00A30505">
            <w:pPr>
              <w:jc w:val="center"/>
            </w:pPr>
            <w:proofErr w:type="spellStart"/>
            <w:r>
              <w:rPr>
                <w:b/>
                <w:color w:val="07366A"/>
                <w:sz w:val="17"/>
              </w:rPr>
              <w:t>Firma</w:t>
            </w:r>
            <w:proofErr w:type="spellEnd"/>
            <w:r>
              <w:rPr>
                <w:b/>
                <w:color w:val="07366A"/>
                <w:sz w:val="17"/>
              </w:rPr>
              <w:t xml:space="preserve"> </w:t>
            </w:r>
            <w:proofErr w:type="spellStart"/>
            <w:r>
              <w:rPr>
                <w:b/>
                <w:color w:val="07366A"/>
                <w:sz w:val="17"/>
              </w:rPr>
              <w:t>leggibile</w:t>
            </w:r>
            <w:proofErr w:type="spellEnd"/>
            <w:r>
              <w:rPr>
                <w:b/>
                <w:color w:val="07366A"/>
                <w:sz w:val="17"/>
              </w:rPr>
              <w:t xml:space="preserve"> del </w:t>
            </w:r>
            <w:proofErr w:type="spellStart"/>
            <w:r>
              <w:rPr>
                <w:b/>
                <w:color w:val="07366A"/>
                <w:sz w:val="17"/>
              </w:rPr>
              <w:t>dichiarante</w:t>
            </w:r>
            <w:proofErr w:type="spellEnd"/>
          </w:p>
        </w:tc>
      </w:tr>
      <w:tr w:rsidR="001D50F7" w14:paraId="1E2CEFE2" w14:textId="77777777" w:rsidTr="00A30505">
        <w:trPr>
          <w:cantSplit/>
          <w:jc w:val="center"/>
        </w:trPr>
        <w:tc>
          <w:tcPr>
            <w:tcW w:w="5386" w:type="dxa"/>
            <w:tcMar>
              <w:top w:w="170" w:type="dxa"/>
              <w:left w:w="60" w:type="dxa"/>
              <w:bottom w:w="170" w:type="dxa"/>
              <w:right w:w="60" w:type="dxa"/>
            </w:tcMar>
          </w:tcPr>
          <w:p w14:paraId="415DC190" w14:textId="77777777" w:rsidR="001D50F7" w:rsidRDefault="001D50F7" w:rsidP="00A30505">
            <w:pPr>
              <w:jc w:val="center"/>
            </w:pPr>
            <w:r>
              <w:rPr>
                <w:color w:val="666666"/>
                <w:sz w:val="17"/>
              </w:rPr>
              <w:t>________________________________________</w:t>
            </w:r>
          </w:p>
        </w:tc>
        <w:tc>
          <w:tcPr>
            <w:tcW w:w="5386" w:type="dxa"/>
            <w:tcMar>
              <w:top w:w="170" w:type="dxa"/>
              <w:left w:w="60" w:type="dxa"/>
              <w:bottom w:w="170" w:type="dxa"/>
              <w:right w:w="60" w:type="dxa"/>
            </w:tcMar>
          </w:tcPr>
          <w:p w14:paraId="44D7999D" w14:textId="77777777" w:rsidR="001D50F7" w:rsidRDefault="001D50F7" w:rsidP="00A30505">
            <w:pPr>
              <w:jc w:val="center"/>
            </w:pPr>
            <w:r>
              <w:rPr>
                <w:color w:val="666666"/>
                <w:sz w:val="17"/>
              </w:rPr>
              <w:t>________________________________________</w:t>
            </w:r>
          </w:p>
        </w:tc>
      </w:tr>
    </w:tbl>
    <w:p w14:paraId="3CAE9E0A" w14:textId="291CDC25" w:rsidR="00C5117A" w:rsidRDefault="00C5117A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72"/>
      </w:tblGrid>
      <w:tr w:rsidR="00C5117A" w14:paraId="00A1E9C6" w14:textId="77777777">
        <w:trPr>
          <w:cantSplit/>
          <w:jc w:val="center"/>
        </w:trPr>
        <w:tc>
          <w:tcPr>
            <w:tcW w:w="10772" w:type="dxa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F1B463" w14:textId="579E8149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5. DICHIARAZIONI E IMPEGNI DEL RICHIEDENTE</w:t>
            </w:r>
          </w:p>
        </w:tc>
      </w:tr>
    </w:tbl>
    <w:p w14:paraId="5E92000F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che i dati indicati nel modulo corrispondono al vero e sono riferiti al beneficiario per il quale viene richiesta la prenotazione;</w:t>
      </w:r>
    </w:p>
    <w:p w14:paraId="221922F5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di aver presentato o di impegnarsi a presentare la documentazione attestante la condizione di accesso selezionata;</w:t>
      </w:r>
    </w:p>
    <w:p w14:paraId="395ED856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di essere consapevole che le prenotazioni sono registrate in ordine cronologico di arrivo e che le persone con disabilità motorie hanno priorità assoluta;</w:t>
      </w:r>
    </w:p>
    <w:p w14:paraId="069E3217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di presentarsi presso la postazione della Spiaggia Abile all’orario stabilito nella conferma di prenotazione;</w:t>
      </w:r>
    </w:p>
    <w:p w14:paraId="7DF43D78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di essere consapevole che un ritardo superiore a 30 minuti, senza preventiva comunicazione, può comportare l’annullamento della prenotazione e la riassegnazione della postazione alla lista d’attesa;</w:t>
      </w:r>
    </w:p>
    <w:p w14:paraId="1DE72FBD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di comunicare con il massimo anticipo possibile eventuali rinunce, disdette o variazioni;</w:t>
      </w:r>
    </w:p>
    <w:p w14:paraId="491F24F9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che, in caso di beneficiario non autosufficiente, sarà garantita per tutta la permanenza la presenza continua di un accompagnatore maggiorenne;</w:t>
      </w:r>
    </w:p>
    <w:p w14:paraId="4ADA50F4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che sarà presente al massimo n. 1 accompagnatore per ciascun beneficiario;</w:t>
      </w:r>
    </w:p>
    <w:p w14:paraId="34607B15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che le attrezzature speciali, comprese le sedie JOB per l’ingresso in acqua, saranno utilizzate esclusivamente con il supporto dell’accompagnatore e nel rispetto delle indicazioni di sicurezza;</w:t>
      </w:r>
    </w:p>
    <w:p w14:paraId="745E9151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di essere consapevole che eventuali postazioni non utilizzate entro le ore 11:00 possono essere assegnate temporaneamente ad altri utenti, salvo revoca in caso di sopravvenuta richiesta dell’avente diritto;</w:t>
      </w:r>
    </w:p>
    <w:p w14:paraId="6AF9D592" w14:textId="77777777" w:rsidR="00C5117A" w:rsidRDefault="00000000">
      <w:pPr>
        <w:spacing w:after="46" w:line="252" w:lineRule="auto"/>
      </w:pPr>
      <w:r>
        <w:rPr>
          <w:color w:val="0B4A8B"/>
          <w:sz w:val="19"/>
        </w:rPr>
        <w:t xml:space="preserve">□ </w:t>
      </w:r>
      <w:r>
        <w:rPr>
          <w:color w:val="000000"/>
          <w:sz w:val="17"/>
        </w:rPr>
        <w:t>di impegnarsi a esibire all’ingresso della Spiaggia Abile il documento di identità in corso di validità del beneficiario e la conferma di prenotazione, cartacea o digitale.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72"/>
      </w:tblGrid>
      <w:tr w:rsidR="00C5117A" w14:paraId="7E496503" w14:textId="77777777">
        <w:trPr>
          <w:cantSplit/>
          <w:jc w:val="center"/>
        </w:trPr>
        <w:tc>
          <w:tcPr>
            <w:tcW w:w="10772" w:type="dxa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8339B4" w14:textId="77777777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6. DOCUMENTAZIONE ALLEGATA O ESIBITA IN FASE DI PRENOTAZIONE</w:t>
            </w:r>
          </w:p>
        </w:tc>
      </w:tr>
    </w:tbl>
    <w:p w14:paraId="60B50DE3" w14:textId="77777777" w:rsidR="00C5117A" w:rsidRDefault="00000000">
      <w:pPr>
        <w:spacing w:after="46" w:line="252" w:lineRule="auto"/>
      </w:pPr>
      <w:r>
        <w:rPr>
          <w:color w:val="0B4A8B"/>
        </w:rPr>
        <w:t xml:space="preserve">□ </w:t>
      </w:r>
      <w:r>
        <w:rPr>
          <w:color w:val="000000"/>
          <w:sz w:val="16"/>
        </w:rPr>
        <w:t>copia del documento di identità in corso di validità del dichiarante (necessaria se il modulo non è firmato davanti all’operatore o è trasmesso da remoto);</w:t>
      </w:r>
    </w:p>
    <w:p w14:paraId="1CE2A997" w14:textId="77777777" w:rsidR="00C5117A" w:rsidRDefault="00000000">
      <w:pPr>
        <w:spacing w:after="46" w:line="252" w:lineRule="auto"/>
      </w:pPr>
      <w:r>
        <w:rPr>
          <w:color w:val="0B4A8B"/>
        </w:rPr>
        <w:t xml:space="preserve">□ </w:t>
      </w:r>
      <w:r>
        <w:rPr>
          <w:color w:val="000000"/>
          <w:sz w:val="16"/>
        </w:rPr>
        <w:t>documentazione attestante il requisito di accesso: verbale ai sensi della Legge 104/1992 o certificazione di invalidità, ove pertinente;</w:t>
      </w:r>
    </w:p>
    <w:p w14:paraId="3E90BD74" w14:textId="77777777" w:rsidR="00C5117A" w:rsidRDefault="00000000">
      <w:pPr>
        <w:spacing w:after="46" w:line="252" w:lineRule="auto"/>
      </w:pPr>
      <w:r>
        <w:rPr>
          <w:color w:val="0B4A8B"/>
        </w:rPr>
        <w:t xml:space="preserve">□ </w:t>
      </w:r>
      <w:r>
        <w:rPr>
          <w:color w:val="000000"/>
          <w:sz w:val="16"/>
        </w:rPr>
        <w:t>certificato del medico curante per la mobilità ridotta temporanea, ove pertinente;</w:t>
      </w:r>
    </w:p>
    <w:p w14:paraId="51C0DC70" w14:textId="77777777" w:rsidR="00C5117A" w:rsidRDefault="00000000">
      <w:pPr>
        <w:spacing w:after="46" w:line="252" w:lineRule="auto"/>
      </w:pPr>
      <w:r>
        <w:rPr>
          <w:color w:val="0B4A8B"/>
        </w:rPr>
        <w:t xml:space="preserve">□ </w:t>
      </w:r>
      <w:r>
        <w:rPr>
          <w:color w:val="000000"/>
          <w:sz w:val="16"/>
        </w:rPr>
        <w:t>certificato o attestazione medica relativa allo stato di gravidanza, ove pertinente;</w:t>
      </w:r>
    </w:p>
    <w:p w14:paraId="6ED59199" w14:textId="77777777" w:rsidR="00C5117A" w:rsidRDefault="00000000">
      <w:pPr>
        <w:spacing w:after="46" w:line="252" w:lineRule="auto"/>
      </w:pPr>
      <w:r>
        <w:rPr>
          <w:color w:val="0B4A8B"/>
        </w:rPr>
        <w:t xml:space="preserve">□ </w:t>
      </w:r>
      <w:r>
        <w:rPr>
          <w:color w:val="000000"/>
          <w:sz w:val="16"/>
        </w:rPr>
        <w:t>delega, provvedimento di tutela, amministrazione di sostegno o altra documentazione di rappresentanza, se il dichiarante agisce per il beneficiario;</w:t>
      </w:r>
    </w:p>
    <w:p w14:paraId="123F7D6A" w14:textId="77777777" w:rsidR="00C5117A" w:rsidRDefault="00000000">
      <w:pPr>
        <w:spacing w:after="46" w:line="252" w:lineRule="auto"/>
      </w:pPr>
      <w:r>
        <w:rPr>
          <w:color w:val="0B4A8B"/>
        </w:rPr>
        <w:t xml:space="preserve">□ </w:t>
      </w:r>
      <w:r>
        <w:rPr>
          <w:color w:val="000000"/>
          <w:sz w:val="16"/>
        </w:rPr>
        <w:t>altro: __________________________________________________________________________________.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52"/>
      </w:tblGrid>
      <w:tr w:rsidR="00C5117A" w14:paraId="2C33346C" w14:textId="77777777">
        <w:trPr>
          <w:cantSplit/>
          <w:jc w:val="center"/>
        </w:trPr>
        <w:tc>
          <w:tcPr>
            <w:tcW w:w="10772" w:type="dxa"/>
            <w:tcBorders>
              <w:top w:val="single" w:sz="8" w:space="0" w:color="C55A11"/>
              <w:left w:val="single" w:sz="8" w:space="0" w:color="C55A11"/>
              <w:bottom w:val="single" w:sz="8" w:space="0" w:color="C55A11"/>
              <w:right w:val="single" w:sz="8" w:space="0" w:color="C55A11"/>
            </w:tcBorders>
            <w:shd w:val="clear" w:color="auto" w:fill="FCE4D6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8BB1577" w14:textId="77777777" w:rsidR="00C5117A" w:rsidRDefault="00000000">
            <w:r>
              <w:rPr>
                <w:color w:val="000000"/>
                <w:sz w:val="17"/>
              </w:rPr>
              <w:t>I documenti contenenti informazioni relative alla salute devono essere acquisiti e custoditi con particolare riservatezza e utilizzati esclusivamente per verificare il requisito di accesso al servizio. Non devono essere pubblicati né diffusi.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772"/>
      </w:tblGrid>
      <w:tr w:rsidR="00C5117A" w14:paraId="102B135B" w14:textId="77777777">
        <w:trPr>
          <w:cantSplit/>
          <w:jc w:val="center"/>
        </w:trPr>
        <w:tc>
          <w:tcPr>
            <w:tcW w:w="10772" w:type="dxa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36EE3EF" w14:textId="77777777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7. SOTTOSCRIZIONE</w:t>
            </w:r>
          </w:p>
        </w:tc>
      </w:tr>
    </w:tbl>
    <w:p w14:paraId="5F924121" w14:textId="77777777" w:rsidR="00C5117A" w:rsidRDefault="00000000">
      <w:pPr>
        <w:spacing w:before="60" w:after="60" w:line="252" w:lineRule="auto"/>
      </w:pPr>
      <w:r>
        <w:rPr>
          <w:color w:val="000000"/>
          <w:sz w:val="17"/>
        </w:rPr>
        <w:t>Il/La sottoscritto/a dichiara di essere consapevole che, qualora dai controlli emerga la non veridicità di quanto dichiarato, si applicano la decadenza dagli eventuali benefici e le conseguenze previste dagli artt. 75 e 76 del D.P.R. 28 dicembre 2000, n. 445.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  <w:gridCol w:w="60"/>
      </w:tblGrid>
      <w:tr w:rsidR="00C5117A" w14:paraId="36558102" w14:textId="77777777">
        <w:trPr>
          <w:cantSplit/>
          <w:jc w:val="center"/>
        </w:trPr>
        <w:tc>
          <w:tcPr>
            <w:tcW w:w="5386" w:type="dxa"/>
            <w:tcMar>
              <w:top w:w="170" w:type="dxa"/>
              <w:left w:w="60" w:type="dxa"/>
              <w:bottom w:w="170" w:type="dxa"/>
              <w:right w:w="60" w:type="dxa"/>
            </w:tcMar>
          </w:tcPr>
          <w:p w14:paraId="08D97C3D" w14:textId="77777777" w:rsidR="00C5117A" w:rsidRDefault="00000000">
            <w:pPr>
              <w:jc w:val="center"/>
            </w:pPr>
            <w:r>
              <w:rPr>
                <w:b/>
                <w:color w:val="07366A"/>
                <w:sz w:val="17"/>
              </w:rPr>
              <w:t>Luogo e data</w:t>
            </w:r>
          </w:p>
        </w:tc>
        <w:tc>
          <w:tcPr>
            <w:tcW w:w="5386" w:type="dxa"/>
            <w:gridSpan w:val="2"/>
            <w:tcMar>
              <w:top w:w="170" w:type="dxa"/>
              <w:left w:w="60" w:type="dxa"/>
              <w:bottom w:w="170" w:type="dxa"/>
              <w:right w:w="60" w:type="dxa"/>
            </w:tcMar>
          </w:tcPr>
          <w:p w14:paraId="1A7FDD32" w14:textId="77777777" w:rsidR="00C5117A" w:rsidRDefault="00000000">
            <w:pPr>
              <w:jc w:val="center"/>
            </w:pPr>
            <w:r>
              <w:rPr>
                <w:b/>
                <w:color w:val="07366A"/>
                <w:sz w:val="17"/>
              </w:rPr>
              <w:t>Firma leggibile del dichiarante</w:t>
            </w:r>
          </w:p>
        </w:tc>
      </w:tr>
      <w:tr w:rsidR="00C5117A" w14:paraId="0B2B620B" w14:textId="77777777">
        <w:trPr>
          <w:cantSplit/>
          <w:jc w:val="center"/>
        </w:trPr>
        <w:tc>
          <w:tcPr>
            <w:tcW w:w="5386" w:type="dxa"/>
            <w:tcMar>
              <w:top w:w="170" w:type="dxa"/>
              <w:left w:w="60" w:type="dxa"/>
              <w:bottom w:w="170" w:type="dxa"/>
              <w:right w:w="60" w:type="dxa"/>
            </w:tcMar>
          </w:tcPr>
          <w:p w14:paraId="09430C43" w14:textId="77777777" w:rsidR="00C5117A" w:rsidRDefault="00000000">
            <w:pPr>
              <w:jc w:val="center"/>
            </w:pPr>
            <w:r>
              <w:rPr>
                <w:color w:val="666666"/>
                <w:sz w:val="17"/>
              </w:rPr>
              <w:t>________________________________________</w:t>
            </w:r>
          </w:p>
        </w:tc>
        <w:tc>
          <w:tcPr>
            <w:tcW w:w="5386" w:type="dxa"/>
            <w:gridSpan w:val="2"/>
            <w:tcMar>
              <w:top w:w="170" w:type="dxa"/>
              <w:left w:w="60" w:type="dxa"/>
              <w:bottom w:w="170" w:type="dxa"/>
              <w:right w:w="60" w:type="dxa"/>
            </w:tcMar>
          </w:tcPr>
          <w:p w14:paraId="6C3A1458" w14:textId="77777777" w:rsidR="00C5117A" w:rsidRDefault="00000000">
            <w:pPr>
              <w:jc w:val="center"/>
            </w:pPr>
            <w:r>
              <w:rPr>
                <w:color w:val="666666"/>
                <w:sz w:val="17"/>
              </w:rPr>
              <w:t>________________________________________</w:t>
            </w:r>
          </w:p>
        </w:tc>
      </w:tr>
      <w:tr w:rsidR="00C5117A" w14:paraId="79FE05BF" w14:textId="77777777">
        <w:trPr>
          <w:gridAfter w:val="1"/>
          <w:wAfter w:w="60" w:type="dxa"/>
          <w:cantSplit/>
          <w:jc w:val="center"/>
        </w:trPr>
        <w:tc>
          <w:tcPr>
            <w:tcW w:w="10772" w:type="dxa"/>
            <w:gridSpan w:val="2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5CED08" w14:textId="77777777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INFORMATIVA SINTETICA SUL TRATTAMENTO DEI DATI PERSONALI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0"/>
      </w:tblGrid>
      <w:tr w:rsidR="00C5117A" w14:paraId="354C939A" w14:textId="77777777">
        <w:trPr>
          <w:cantSplit/>
          <w:jc w:val="center"/>
        </w:trPr>
        <w:tc>
          <w:tcPr>
            <w:tcW w:w="10772" w:type="dxa"/>
            <w:tcBorders>
              <w:top w:val="single" w:sz="5" w:space="0" w:color="0B4A8B"/>
              <w:left w:val="single" w:sz="5" w:space="0" w:color="0B4A8B"/>
              <w:bottom w:val="single" w:sz="5" w:space="0" w:color="0B4A8B"/>
              <w:right w:val="single" w:sz="5" w:space="0" w:color="0B4A8B"/>
            </w:tcBorders>
            <w:shd w:val="clear" w:color="auto" w:fill="F7FB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2F7948" w14:textId="7505B127" w:rsidR="00C5117A" w:rsidRPr="00D7020C" w:rsidRDefault="00D7020C" w:rsidP="00D7020C">
            <w:pPr>
              <w:spacing w:after="40"/>
              <w:rPr>
                <w:sz w:val="20"/>
                <w:szCs w:val="20"/>
              </w:rPr>
            </w:pPr>
            <w:r w:rsidRPr="00FF4A19">
              <w:rPr>
                <w:sz w:val="20"/>
                <w:szCs w:val="20"/>
              </w:rPr>
              <w:t xml:space="preserve">Il </w:t>
            </w:r>
            <w:proofErr w:type="spellStart"/>
            <w:r w:rsidRPr="00FF4A19">
              <w:rPr>
                <w:sz w:val="20"/>
                <w:szCs w:val="20"/>
              </w:rPr>
              <w:t>Comune</w:t>
            </w:r>
            <w:proofErr w:type="spellEnd"/>
            <w:r w:rsidRPr="00FF4A19">
              <w:rPr>
                <w:sz w:val="20"/>
                <w:szCs w:val="20"/>
              </w:rPr>
              <w:t xml:space="preserve"> di </w:t>
            </w:r>
            <w:proofErr w:type="spellStart"/>
            <w:r w:rsidRPr="00FF4A19">
              <w:rPr>
                <w:sz w:val="20"/>
                <w:szCs w:val="20"/>
              </w:rPr>
              <w:t>Petacciato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tratta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i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dati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personali</w:t>
            </w:r>
            <w:proofErr w:type="spellEnd"/>
            <w:r w:rsidRPr="00FF4A19">
              <w:rPr>
                <w:sz w:val="20"/>
                <w:szCs w:val="20"/>
              </w:rPr>
              <w:t xml:space="preserve">, </w:t>
            </w:r>
            <w:proofErr w:type="spellStart"/>
            <w:r w:rsidRPr="00FF4A19">
              <w:rPr>
                <w:sz w:val="20"/>
                <w:szCs w:val="20"/>
              </w:rPr>
              <w:t>compresi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quelli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relativi</w:t>
            </w:r>
            <w:proofErr w:type="spellEnd"/>
            <w:r w:rsidRPr="00FF4A19">
              <w:rPr>
                <w:sz w:val="20"/>
                <w:szCs w:val="20"/>
              </w:rPr>
              <w:t xml:space="preserve"> alla </w:t>
            </w:r>
            <w:proofErr w:type="spellStart"/>
            <w:r w:rsidRPr="00FF4A19">
              <w:rPr>
                <w:sz w:val="20"/>
                <w:szCs w:val="20"/>
              </w:rPr>
              <w:t>condizione</w:t>
            </w:r>
            <w:proofErr w:type="spellEnd"/>
            <w:r w:rsidRPr="00FF4A19">
              <w:rPr>
                <w:sz w:val="20"/>
                <w:szCs w:val="20"/>
              </w:rPr>
              <w:t xml:space="preserve"> di accesso, </w:t>
            </w:r>
            <w:proofErr w:type="spellStart"/>
            <w:r w:rsidRPr="00FF4A19">
              <w:rPr>
                <w:sz w:val="20"/>
                <w:szCs w:val="20"/>
              </w:rPr>
              <w:t>esclusivamente</w:t>
            </w:r>
            <w:proofErr w:type="spellEnd"/>
            <w:r w:rsidRPr="00FF4A19">
              <w:rPr>
                <w:sz w:val="20"/>
                <w:szCs w:val="20"/>
              </w:rPr>
              <w:t xml:space="preserve"> per </w:t>
            </w:r>
            <w:proofErr w:type="spellStart"/>
            <w:r w:rsidRPr="00FF4A19">
              <w:rPr>
                <w:sz w:val="20"/>
                <w:szCs w:val="20"/>
              </w:rPr>
              <w:t>gestire</w:t>
            </w:r>
            <w:proofErr w:type="spellEnd"/>
            <w:r w:rsidRPr="00FF4A19">
              <w:rPr>
                <w:sz w:val="20"/>
                <w:szCs w:val="20"/>
              </w:rPr>
              <w:t xml:space="preserve"> la </w:t>
            </w:r>
            <w:proofErr w:type="spellStart"/>
            <w:r w:rsidRPr="00FF4A19">
              <w:rPr>
                <w:sz w:val="20"/>
                <w:szCs w:val="20"/>
              </w:rPr>
              <w:t>prenotazione</w:t>
            </w:r>
            <w:proofErr w:type="spellEnd"/>
            <w:r w:rsidRPr="00FF4A19">
              <w:rPr>
                <w:sz w:val="20"/>
                <w:szCs w:val="20"/>
              </w:rPr>
              <w:t xml:space="preserve">, </w:t>
            </w:r>
            <w:proofErr w:type="spellStart"/>
            <w:r w:rsidRPr="00FF4A19">
              <w:rPr>
                <w:sz w:val="20"/>
                <w:szCs w:val="20"/>
              </w:rPr>
              <w:t>verificare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i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requisiti</w:t>
            </w:r>
            <w:proofErr w:type="spellEnd"/>
            <w:r w:rsidRPr="00FF4A19">
              <w:rPr>
                <w:sz w:val="20"/>
                <w:szCs w:val="20"/>
              </w:rPr>
              <w:t xml:space="preserve"> e </w:t>
            </w:r>
            <w:proofErr w:type="spellStart"/>
            <w:r w:rsidRPr="00FF4A19">
              <w:rPr>
                <w:sz w:val="20"/>
                <w:szCs w:val="20"/>
              </w:rPr>
              <w:t>organizzare</w:t>
            </w:r>
            <w:proofErr w:type="spellEnd"/>
            <w:r w:rsidRPr="00FF4A19">
              <w:rPr>
                <w:sz w:val="20"/>
                <w:szCs w:val="20"/>
              </w:rPr>
              <w:t xml:space="preserve"> il </w:t>
            </w:r>
            <w:proofErr w:type="spellStart"/>
            <w:r w:rsidRPr="00FF4A19">
              <w:rPr>
                <w:sz w:val="20"/>
                <w:szCs w:val="20"/>
              </w:rPr>
              <w:t>servizio</w:t>
            </w:r>
            <w:proofErr w:type="spellEnd"/>
            <w:r w:rsidRPr="00FF4A19">
              <w:rPr>
                <w:sz w:val="20"/>
                <w:szCs w:val="20"/>
              </w:rPr>
              <w:t xml:space="preserve">, </w:t>
            </w:r>
            <w:proofErr w:type="spellStart"/>
            <w:r w:rsidRPr="00FF4A19">
              <w:rPr>
                <w:sz w:val="20"/>
                <w:szCs w:val="20"/>
              </w:rPr>
              <w:t>nell’esecuzione</w:t>
            </w:r>
            <w:proofErr w:type="spellEnd"/>
            <w:r w:rsidRPr="00FF4A19">
              <w:rPr>
                <w:sz w:val="20"/>
                <w:szCs w:val="20"/>
              </w:rPr>
              <w:t xml:space="preserve"> di un </w:t>
            </w:r>
            <w:proofErr w:type="spellStart"/>
            <w:r w:rsidRPr="00FF4A19">
              <w:rPr>
                <w:sz w:val="20"/>
                <w:szCs w:val="20"/>
              </w:rPr>
              <w:t>compito</w:t>
            </w:r>
            <w:proofErr w:type="spellEnd"/>
            <w:r w:rsidRPr="00FF4A19">
              <w:rPr>
                <w:sz w:val="20"/>
                <w:szCs w:val="20"/>
              </w:rPr>
              <w:t xml:space="preserve"> di interesse </w:t>
            </w:r>
            <w:proofErr w:type="spellStart"/>
            <w:r w:rsidRPr="00FF4A19">
              <w:rPr>
                <w:sz w:val="20"/>
                <w:szCs w:val="20"/>
              </w:rPr>
              <w:t>pubblico</w:t>
            </w:r>
            <w:proofErr w:type="spellEnd"/>
            <w:r w:rsidRPr="00FF4A19">
              <w:rPr>
                <w:sz w:val="20"/>
                <w:szCs w:val="20"/>
              </w:rPr>
              <w:t xml:space="preserve">. I </w:t>
            </w:r>
            <w:proofErr w:type="spellStart"/>
            <w:r w:rsidRPr="00FF4A19">
              <w:rPr>
                <w:sz w:val="20"/>
                <w:szCs w:val="20"/>
              </w:rPr>
              <w:t>dati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sono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accessibili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soltanto</w:t>
            </w:r>
            <w:proofErr w:type="spellEnd"/>
            <w:r w:rsidRPr="00FF4A19">
              <w:rPr>
                <w:sz w:val="20"/>
                <w:szCs w:val="20"/>
              </w:rPr>
              <w:t xml:space="preserve"> al </w:t>
            </w:r>
            <w:proofErr w:type="spellStart"/>
            <w:r w:rsidRPr="00FF4A19">
              <w:rPr>
                <w:sz w:val="20"/>
                <w:szCs w:val="20"/>
              </w:rPr>
              <w:t>personale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autorizzato</w:t>
            </w:r>
            <w:proofErr w:type="spellEnd"/>
            <w:r w:rsidRPr="00FF4A19">
              <w:rPr>
                <w:sz w:val="20"/>
                <w:szCs w:val="20"/>
              </w:rPr>
              <w:t xml:space="preserve"> e </w:t>
            </w:r>
            <w:proofErr w:type="spellStart"/>
            <w:r w:rsidRPr="00FF4A19">
              <w:rPr>
                <w:sz w:val="20"/>
                <w:szCs w:val="20"/>
              </w:rPr>
              <w:t>conservati</w:t>
            </w:r>
            <w:proofErr w:type="spellEnd"/>
            <w:r w:rsidRPr="00FF4A19">
              <w:rPr>
                <w:sz w:val="20"/>
                <w:szCs w:val="20"/>
              </w:rPr>
              <w:t xml:space="preserve"> secondo le </w:t>
            </w:r>
            <w:proofErr w:type="spellStart"/>
            <w:r w:rsidRPr="00FF4A19">
              <w:rPr>
                <w:sz w:val="20"/>
                <w:szCs w:val="20"/>
              </w:rPr>
              <w:t>regole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dell’Ente</w:t>
            </w:r>
            <w:proofErr w:type="spellEnd"/>
            <w:r w:rsidRPr="00FF4A19">
              <w:rPr>
                <w:sz w:val="20"/>
                <w:szCs w:val="20"/>
              </w:rPr>
              <w:t xml:space="preserve">. I </w:t>
            </w:r>
            <w:proofErr w:type="spellStart"/>
            <w:r w:rsidRPr="00FF4A19">
              <w:rPr>
                <w:sz w:val="20"/>
                <w:szCs w:val="20"/>
              </w:rPr>
              <w:t>documenti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sanitari</w:t>
            </w:r>
            <w:proofErr w:type="spellEnd"/>
            <w:r w:rsidRPr="00FF4A19">
              <w:rPr>
                <w:sz w:val="20"/>
                <w:szCs w:val="20"/>
              </w:rPr>
              <w:t xml:space="preserve"> non </w:t>
            </w:r>
            <w:proofErr w:type="spellStart"/>
            <w:r w:rsidRPr="00FF4A19">
              <w:rPr>
                <w:sz w:val="20"/>
                <w:szCs w:val="20"/>
              </w:rPr>
              <w:t>devono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essere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diffusi</w:t>
            </w:r>
            <w:proofErr w:type="spellEnd"/>
            <w:r w:rsidRPr="00FF4A19">
              <w:rPr>
                <w:sz w:val="20"/>
                <w:szCs w:val="20"/>
              </w:rPr>
              <w:t xml:space="preserve"> e </w:t>
            </w:r>
            <w:proofErr w:type="spellStart"/>
            <w:r w:rsidRPr="00FF4A19">
              <w:rPr>
                <w:sz w:val="20"/>
                <w:szCs w:val="20"/>
              </w:rPr>
              <w:t>devono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essere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trattati</w:t>
            </w:r>
            <w:proofErr w:type="spellEnd"/>
            <w:r w:rsidRPr="00FF4A19">
              <w:rPr>
                <w:sz w:val="20"/>
                <w:szCs w:val="20"/>
              </w:rPr>
              <w:t xml:space="preserve"> con </w:t>
            </w:r>
            <w:proofErr w:type="spellStart"/>
            <w:r w:rsidRPr="00FF4A19">
              <w:rPr>
                <w:sz w:val="20"/>
                <w:szCs w:val="20"/>
              </w:rPr>
              <w:t>particolare</w:t>
            </w:r>
            <w:proofErr w:type="spellEnd"/>
            <w:r w:rsidRPr="00FF4A19">
              <w:rPr>
                <w:sz w:val="20"/>
                <w:szCs w:val="20"/>
              </w:rPr>
              <w:t xml:space="preserve"> </w:t>
            </w:r>
            <w:proofErr w:type="spellStart"/>
            <w:r w:rsidRPr="00FF4A19">
              <w:rPr>
                <w:sz w:val="20"/>
                <w:szCs w:val="20"/>
              </w:rPr>
              <w:t>riservatezza</w:t>
            </w:r>
            <w:proofErr w:type="spellEnd"/>
            <w:r w:rsidRPr="00FF4A19">
              <w:rPr>
                <w:sz w:val="20"/>
                <w:szCs w:val="20"/>
              </w:rPr>
              <w:t>.</w:t>
            </w:r>
          </w:p>
        </w:tc>
      </w:tr>
    </w:tbl>
    <w:p w14:paraId="55C7499E" w14:textId="77777777" w:rsidR="00C5117A" w:rsidRDefault="00000000">
      <w:pPr>
        <w:spacing w:after="46" w:line="252" w:lineRule="auto"/>
      </w:pPr>
      <w:r>
        <w:rPr>
          <w:color w:val="0B4A8B"/>
        </w:rPr>
        <w:t xml:space="preserve">□ </w:t>
      </w:r>
      <w:r>
        <w:rPr>
          <w:color w:val="000000"/>
          <w:sz w:val="16"/>
        </w:rPr>
        <w:t>Dichiaro di aver preso visione dell’informativa sul trattamento dei dati personali.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  <w:gridCol w:w="60"/>
      </w:tblGrid>
      <w:tr w:rsidR="00C5117A" w14:paraId="58E9E1FB" w14:textId="77777777">
        <w:trPr>
          <w:gridAfter w:val="1"/>
          <w:wAfter w:w="60" w:type="dxa"/>
          <w:cantSplit/>
          <w:jc w:val="center"/>
        </w:trPr>
        <w:tc>
          <w:tcPr>
            <w:tcW w:w="10772" w:type="dxa"/>
            <w:gridSpan w:val="2"/>
            <w:tcBorders>
              <w:top w:val="single" w:sz="4" w:space="0" w:color="0B4A8B"/>
              <w:bottom w:val="single" w:sz="10" w:space="0" w:color="0B4A8B"/>
            </w:tcBorders>
            <w:shd w:val="clear" w:color="auto" w:fill="EAF3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6027F6" w14:textId="77777777" w:rsidR="00C5117A" w:rsidRDefault="00000000">
            <w:pPr>
              <w:keepNext/>
            </w:pPr>
            <w:r>
              <w:rPr>
                <w:b/>
                <w:color w:val="0B4A8B"/>
                <w:sz w:val="22"/>
              </w:rPr>
              <w:t>RISERVATO ALL’UFFICIO / AL PERSONALE INCARICATO</w:t>
            </w:r>
          </w:p>
        </w:tc>
      </w:tr>
      <w:tr w:rsidR="00C5117A" w14:paraId="2F421E07" w14:textId="77777777">
        <w:trPr>
          <w:cantSplit/>
          <w:jc w:val="center"/>
        </w:trPr>
        <w:tc>
          <w:tcPr>
            <w:tcW w:w="5386" w:type="dxa"/>
            <w:tcBorders>
              <w:top w:val="single" w:sz="3" w:space="0" w:color="C7C7C7"/>
              <w:left w:val="single" w:sz="3" w:space="0" w:color="C7C7C7"/>
              <w:bottom w:val="single" w:sz="3" w:space="0" w:color="C7C7C7"/>
              <w:right w:val="single" w:sz="3" w:space="0" w:color="C7C7C7"/>
            </w:tcBorders>
            <w:shd w:val="clear" w:color="auto" w:fill="F2F2F2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1F8F3D51" w14:textId="77777777" w:rsidR="00C5117A" w:rsidRDefault="00000000">
            <w:r>
              <w:rPr>
                <w:b/>
                <w:color w:val="07366A"/>
                <w:sz w:val="16"/>
              </w:rPr>
              <w:t xml:space="preserve">Data e ora di ricezione: </w:t>
            </w:r>
            <w:r>
              <w:rPr>
                <w:color w:val="666666"/>
                <w:sz w:val="16"/>
              </w:rPr>
              <w:t>________________________</w:t>
            </w:r>
          </w:p>
        </w:tc>
        <w:tc>
          <w:tcPr>
            <w:tcW w:w="5386" w:type="dxa"/>
            <w:gridSpan w:val="2"/>
            <w:tcBorders>
              <w:top w:val="single" w:sz="3" w:space="0" w:color="C7C7C7"/>
              <w:left w:val="single" w:sz="3" w:space="0" w:color="C7C7C7"/>
              <w:bottom w:val="single" w:sz="3" w:space="0" w:color="C7C7C7"/>
              <w:right w:val="single" w:sz="3" w:space="0" w:color="C7C7C7"/>
            </w:tcBorders>
            <w:shd w:val="clear" w:color="auto" w:fill="F2F2F2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55300BD0" w14:textId="77777777" w:rsidR="00C5117A" w:rsidRDefault="00000000">
            <w:r>
              <w:rPr>
                <w:b/>
                <w:color w:val="07366A"/>
                <w:sz w:val="16"/>
              </w:rPr>
              <w:t xml:space="preserve">Numero progressivo prenotazione: </w:t>
            </w:r>
            <w:r>
              <w:rPr>
                <w:color w:val="666666"/>
                <w:sz w:val="16"/>
              </w:rPr>
              <w:t>________________________</w:t>
            </w:r>
          </w:p>
        </w:tc>
      </w:tr>
      <w:tr w:rsidR="00C5117A" w14:paraId="32BFEEF6" w14:textId="77777777">
        <w:trPr>
          <w:cantSplit/>
          <w:jc w:val="center"/>
        </w:trPr>
        <w:tc>
          <w:tcPr>
            <w:tcW w:w="5386" w:type="dxa"/>
            <w:tcBorders>
              <w:top w:val="single" w:sz="3" w:space="0" w:color="C7C7C7"/>
              <w:left w:val="single" w:sz="3" w:space="0" w:color="C7C7C7"/>
              <w:bottom w:val="single" w:sz="3" w:space="0" w:color="C7C7C7"/>
              <w:right w:val="single" w:sz="3" w:space="0" w:color="C7C7C7"/>
            </w:tcBorders>
            <w:shd w:val="clear" w:color="auto" w:fill="FFFFFF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1686C8DD" w14:textId="77777777" w:rsidR="00C5117A" w:rsidRDefault="00000000">
            <w:r>
              <w:rPr>
                <w:b/>
                <w:color w:val="07366A"/>
                <w:sz w:val="16"/>
              </w:rPr>
              <w:t xml:space="preserve">Esito: □ accolta  □ lista d’attesa  □ non accolta: </w:t>
            </w:r>
            <w:r>
              <w:rPr>
                <w:color w:val="666666"/>
                <w:sz w:val="16"/>
              </w:rPr>
              <w:t>________________________</w:t>
            </w:r>
          </w:p>
        </w:tc>
        <w:tc>
          <w:tcPr>
            <w:tcW w:w="5386" w:type="dxa"/>
            <w:gridSpan w:val="2"/>
            <w:tcBorders>
              <w:top w:val="single" w:sz="3" w:space="0" w:color="C7C7C7"/>
              <w:left w:val="single" w:sz="3" w:space="0" w:color="C7C7C7"/>
              <w:bottom w:val="single" w:sz="3" w:space="0" w:color="C7C7C7"/>
              <w:right w:val="single" w:sz="3" w:space="0" w:color="C7C7C7"/>
            </w:tcBorders>
            <w:shd w:val="clear" w:color="auto" w:fill="FFFFFF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4BD4835A" w14:textId="77777777" w:rsidR="00C5117A" w:rsidRDefault="00000000">
            <w:r>
              <w:rPr>
                <w:b/>
                <w:color w:val="07366A"/>
                <w:sz w:val="16"/>
              </w:rPr>
              <w:t xml:space="preserve">Postazione assegnata / note: </w:t>
            </w:r>
            <w:r>
              <w:rPr>
                <w:color w:val="666666"/>
                <w:sz w:val="16"/>
              </w:rPr>
              <w:t>________________________</w:t>
            </w:r>
          </w:p>
        </w:tc>
      </w:tr>
      <w:tr w:rsidR="00C5117A" w14:paraId="3814DB21" w14:textId="77777777">
        <w:trPr>
          <w:cantSplit/>
          <w:jc w:val="center"/>
        </w:trPr>
        <w:tc>
          <w:tcPr>
            <w:tcW w:w="5386" w:type="dxa"/>
            <w:tcBorders>
              <w:top w:val="single" w:sz="3" w:space="0" w:color="C7C7C7"/>
              <w:left w:val="single" w:sz="3" w:space="0" w:color="C7C7C7"/>
              <w:bottom w:val="single" w:sz="3" w:space="0" w:color="C7C7C7"/>
              <w:right w:val="single" w:sz="3" w:space="0" w:color="C7C7C7"/>
            </w:tcBorders>
            <w:shd w:val="clear" w:color="auto" w:fill="F2F2F2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083F0FFD" w14:textId="77777777" w:rsidR="00C5117A" w:rsidRDefault="00000000">
            <w:r>
              <w:rPr>
                <w:b/>
                <w:color w:val="07366A"/>
                <w:sz w:val="16"/>
              </w:rPr>
              <w:t xml:space="preserve">Data e orario confermati: </w:t>
            </w:r>
            <w:r>
              <w:rPr>
                <w:color w:val="666666"/>
                <w:sz w:val="16"/>
              </w:rPr>
              <w:t>________________________</w:t>
            </w:r>
          </w:p>
        </w:tc>
        <w:tc>
          <w:tcPr>
            <w:tcW w:w="5386" w:type="dxa"/>
            <w:gridSpan w:val="2"/>
            <w:tcBorders>
              <w:top w:val="single" w:sz="3" w:space="0" w:color="C7C7C7"/>
              <w:left w:val="single" w:sz="3" w:space="0" w:color="C7C7C7"/>
              <w:bottom w:val="single" w:sz="3" w:space="0" w:color="C7C7C7"/>
              <w:right w:val="single" w:sz="3" w:space="0" w:color="C7C7C7"/>
            </w:tcBorders>
            <w:shd w:val="clear" w:color="auto" w:fill="F2F2F2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76550E5C" w14:textId="77777777" w:rsidR="00C5117A" w:rsidRDefault="00000000">
            <w:r>
              <w:rPr>
                <w:b/>
                <w:color w:val="07366A"/>
                <w:sz w:val="16"/>
              </w:rPr>
              <w:t xml:space="preserve">Comunicazione inviata tramite: </w:t>
            </w:r>
            <w:r>
              <w:rPr>
                <w:color w:val="666666"/>
                <w:sz w:val="16"/>
              </w:rPr>
              <w:t>________________________</w:t>
            </w:r>
          </w:p>
        </w:tc>
      </w:tr>
      <w:tr w:rsidR="00C5117A" w14:paraId="368E3773" w14:textId="77777777">
        <w:trPr>
          <w:cantSplit/>
          <w:jc w:val="center"/>
        </w:trPr>
        <w:tc>
          <w:tcPr>
            <w:tcW w:w="5386" w:type="dxa"/>
            <w:tcBorders>
              <w:top w:val="single" w:sz="3" w:space="0" w:color="C7C7C7"/>
              <w:left w:val="single" w:sz="3" w:space="0" w:color="C7C7C7"/>
              <w:bottom w:val="single" w:sz="3" w:space="0" w:color="C7C7C7"/>
              <w:right w:val="single" w:sz="3" w:space="0" w:color="C7C7C7"/>
            </w:tcBorders>
            <w:shd w:val="clear" w:color="auto" w:fill="FFFFFF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132756A2" w14:textId="77777777" w:rsidR="00C5117A" w:rsidRDefault="00000000">
            <w:r>
              <w:rPr>
                <w:b/>
                <w:color w:val="07366A"/>
                <w:sz w:val="16"/>
              </w:rPr>
              <w:t xml:space="preserve">Operatore incaricato: </w:t>
            </w:r>
            <w:r>
              <w:rPr>
                <w:color w:val="666666"/>
                <w:sz w:val="16"/>
              </w:rPr>
              <w:t>________________________</w:t>
            </w:r>
          </w:p>
        </w:tc>
        <w:tc>
          <w:tcPr>
            <w:tcW w:w="5386" w:type="dxa"/>
            <w:gridSpan w:val="2"/>
            <w:tcBorders>
              <w:top w:val="single" w:sz="3" w:space="0" w:color="C7C7C7"/>
              <w:left w:val="single" w:sz="3" w:space="0" w:color="C7C7C7"/>
              <w:bottom w:val="single" w:sz="3" w:space="0" w:color="C7C7C7"/>
              <w:right w:val="single" w:sz="3" w:space="0" w:color="C7C7C7"/>
            </w:tcBorders>
            <w:shd w:val="clear" w:color="auto" w:fill="FFFFFF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67334FED" w14:textId="77777777" w:rsidR="00C5117A" w:rsidRDefault="00000000">
            <w:r>
              <w:rPr>
                <w:b/>
                <w:color w:val="07366A"/>
                <w:sz w:val="16"/>
              </w:rPr>
              <w:t xml:space="preserve">Firma / sigla: </w:t>
            </w:r>
            <w:r>
              <w:rPr>
                <w:color w:val="666666"/>
                <w:sz w:val="16"/>
              </w:rPr>
              <w:t>________________________</w:t>
            </w:r>
          </w:p>
        </w:tc>
      </w:tr>
    </w:tbl>
    <w:p w14:paraId="08F21664" w14:textId="77777777" w:rsidR="00BD02D2" w:rsidRDefault="00BD02D2"/>
    <w:sectPr w:rsidR="00BD02D2" w:rsidSect="00034616">
      <w:footerReference w:type="default" r:id="rId9"/>
      <w:pgSz w:w="11906" w:h="16838"/>
      <w:pgMar w:top="510" w:right="567" w:bottom="510" w:left="567" w:header="17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A9EEF" w14:textId="77777777" w:rsidR="00A43FDD" w:rsidRDefault="00A43FDD">
      <w:r>
        <w:separator/>
      </w:r>
    </w:p>
  </w:endnote>
  <w:endnote w:type="continuationSeparator" w:id="0">
    <w:p w14:paraId="5AD978B8" w14:textId="77777777" w:rsidR="00A43FDD" w:rsidRDefault="00A4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8353" w14:textId="77777777" w:rsidR="00C5117A" w:rsidRDefault="00000000">
    <w:pPr>
      <w:pStyle w:val="Pidipagina"/>
      <w:jc w:val="center"/>
    </w:pPr>
    <w:proofErr w:type="spellStart"/>
    <w:r>
      <w:rPr>
        <w:color w:val="666666"/>
        <w:sz w:val="14"/>
      </w:rPr>
      <w:t>Comune</w:t>
    </w:r>
    <w:proofErr w:type="spellEnd"/>
    <w:r>
      <w:rPr>
        <w:color w:val="666666"/>
        <w:sz w:val="14"/>
      </w:rPr>
      <w:t xml:space="preserve"> di </w:t>
    </w:r>
    <w:proofErr w:type="spellStart"/>
    <w:r>
      <w:rPr>
        <w:color w:val="666666"/>
        <w:sz w:val="14"/>
      </w:rPr>
      <w:t>Petacciato</w:t>
    </w:r>
    <w:proofErr w:type="spellEnd"/>
    <w:r>
      <w:rPr>
        <w:color w:val="666666"/>
        <w:sz w:val="14"/>
      </w:rPr>
      <w:t xml:space="preserve"> - </w:t>
    </w:r>
    <w:proofErr w:type="spellStart"/>
    <w:r>
      <w:rPr>
        <w:color w:val="666666"/>
        <w:sz w:val="14"/>
      </w:rPr>
      <w:t>Autodichiarazione</w:t>
    </w:r>
    <w:proofErr w:type="spellEnd"/>
    <w:r>
      <w:rPr>
        <w:color w:val="666666"/>
        <w:sz w:val="14"/>
      </w:rPr>
      <w:t xml:space="preserve"> </w:t>
    </w:r>
    <w:proofErr w:type="spellStart"/>
    <w:r>
      <w:rPr>
        <w:color w:val="666666"/>
        <w:sz w:val="14"/>
      </w:rPr>
      <w:t>prenotazione</w:t>
    </w:r>
    <w:proofErr w:type="spellEnd"/>
    <w:r>
      <w:rPr>
        <w:color w:val="666666"/>
        <w:sz w:val="14"/>
      </w:rPr>
      <w:t xml:space="preserve"> </w:t>
    </w:r>
    <w:proofErr w:type="spellStart"/>
    <w:r>
      <w:rPr>
        <w:color w:val="666666"/>
        <w:sz w:val="14"/>
      </w:rPr>
      <w:t>Spiaggia</w:t>
    </w:r>
    <w:proofErr w:type="spellEnd"/>
    <w:r>
      <w:rPr>
        <w:color w:val="666666"/>
        <w:sz w:val="14"/>
      </w:rPr>
      <w:t xml:space="preserve"> </w:t>
    </w:r>
    <w:proofErr w:type="spellStart"/>
    <w:r>
      <w:rPr>
        <w:color w:val="666666"/>
        <w:sz w:val="14"/>
      </w:rPr>
      <w:t>Abile</w:t>
    </w:r>
    <w:proofErr w:type="spellEnd"/>
    <w:r>
      <w:rPr>
        <w:color w:val="666666"/>
        <w:sz w:val="14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8EAE2" w14:textId="77777777" w:rsidR="00A43FDD" w:rsidRDefault="00A43FDD">
      <w:r>
        <w:separator/>
      </w:r>
    </w:p>
  </w:footnote>
  <w:footnote w:type="continuationSeparator" w:id="0">
    <w:p w14:paraId="7D3F53ED" w14:textId="77777777" w:rsidR="00A43FDD" w:rsidRDefault="00A43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6218057">
    <w:abstractNumId w:val="8"/>
  </w:num>
  <w:num w:numId="2" w16cid:durableId="1411273058">
    <w:abstractNumId w:val="6"/>
  </w:num>
  <w:num w:numId="3" w16cid:durableId="615600749">
    <w:abstractNumId w:val="5"/>
  </w:num>
  <w:num w:numId="4" w16cid:durableId="1453861631">
    <w:abstractNumId w:val="4"/>
  </w:num>
  <w:num w:numId="5" w16cid:durableId="1979188768">
    <w:abstractNumId w:val="7"/>
  </w:num>
  <w:num w:numId="6" w16cid:durableId="1700466981">
    <w:abstractNumId w:val="3"/>
  </w:num>
  <w:num w:numId="7" w16cid:durableId="1615937017">
    <w:abstractNumId w:val="2"/>
  </w:num>
  <w:num w:numId="8" w16cid:durableId="903108398">
    <w:abstractNumId w:val="1"/>
  </w:num>
  <w:num w:numId="9" w16cid:durableId="17315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1A27"/>
    <w:rsid w:val="001D50F7"/>
    <w:rsid w:val="001D538E"/>
    <w:rsid w:val="0029639D"/>
    <w:rsid w:val="002D4F13"/>
    <w:rsid w:val="00326F90"/>
    <w:rsid w:val="00380C34"/>
    <w:rsid w:val="003A38FE"/>
    <w:rsid w:val="008121FE"/>
    <w:rsid w:val="00852C11"/>
    <w:rsid w:val="00A43FDD"/>
    <w:rsid w:val="00A869D5"/>
    <w:rsid w:val="00AA1D8D"/>
    <w:rsid w:val="00B35CBE"/>
    <w:rsid w:val="00B47730"/>
    <w:rsid w:val="00BD02D2"/>
    <w:rsid w:val="00C5117A"/>
    <w:rsid w:val="00CB0664"/>
    <w:rsid w:val="00D7020C"/>
    <w:rsid w:val="00E678DD"/>
    <w:rsid w:val="00E76751"/>
    <w:rsid w:val="00EB5E00"/>
    <w:rsid w:val="00EE28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373A96"/>
  <w14:defaultImageDpi w14:val="330"/>
  <w15:docId w15:val="{C35BA61F-C8D1-41AB-A409-71F75DE3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E7675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6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 per la prenotazione Spiaggia Abile 2026</dc:title>
  <dc:subject>Modulo Comune di Petacciato</dc:subject>
  <dc:creator>Comune di Petacciato</dc:creator>
  <cp:keywords>Spiaggia Abile, prenotazione, autodichiarazione, Petacciato</cp:keywords>
  <dc:description>generated by python-docx</dc:description>
  <cp:lastModifiedBy>Admin</cp:lastModifiedBy>
  <cp:revision>2</cp:revision>
  <cp:lastPrinted>2026-07-31T06:30:00Z</cp:lastPrinted>
  <dcterms:created xsi:type="dcterms:W3CDTF">2026-07-31T06:32:00Z</dcterms:created>
  <dcterms:modified xsi:type="dcterms:W3CDTF">2026-07-31T06:32:00Z</dcterms:modified>
  <cp:category/>
</cp:coreProperties>
</file>